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D544F2" w:rsidR="0079338B" w:rsidP="39923FDE" w:rsidRDefault="0079338B" w14:paraId="43BB03D5" w14:textId="319A92C4">
      <w:pPr>
        <w:pStyle w:val="Undertittel1"/>
        <w:rPr>
          <w:rFonts w:ascii="Calibri Light" w:hAnsi="Calibri Light" w:cs="Calibri Light"/>
          <w:b w:val="0"/>
          <w:color w:val="000000" w:themeColor="text1"/>
          <w:lang w:val="nb-NO"/>
        </w:rPr>
      </w:pPr>
    </w:p>
    <w:p w:rsidRPr="00D544F2" w:rsidR="00171B1C" w:rsidP="00D544F2" w:rsidRDefault="00583385" w14:paraId="18A07B99" w14:textId="4EBDBF42">
      <w:pPr>
        <w:pStyle w:val="DocTitle"/>
        <w:rPr>
          <w:rFonts w:ascii="Calibri Light" w:hAnsi="Calibri Light" w:cs="Calibri Light"/>
          <w:b w:val="0"/>
          <w:bCs w:val="0"/>
        </w:rPr>
      </w:pPr>
      <w:r w:rsidRPr="029F8825" w:rsidR="5D566BEB">
        <w:rPr>
          <w:rFonts w:ascii="Calibri Light" w:hAnsi="Calibri Light" w:cs="Calibri Light"/>
          <w:b w:val="0"/>
          <w:bCs w:val="0"/>
          <w:color w:val="000000" w:themeColor="text1" w:themeTint="FF" w:themeShade="FF"/>
          <w:lang w:val="nb-NO"/>
        </w:rPr>
        <w:t>Kjøleskapsavtale</w:t>
      </w:r>
      <w:r w:rsidRPr="029F8825" w:rsidR="4432FD81">
        <w:rPr>
          <w:rFonts w:ascii="Calibri Light" w:hAnsi="Calibri Light" w:cs="Calibri Light"/>
          <w:b w:val="0"/>
          <w:bCs w:val="0"/>
          <w:color w:val="000000" w:themeColor="text1" w:themeTint="FF" w:themeShade="FF"/>
          <w:lang w:val="nb-NO"/>
        </w:rPr>
        <w:t xml:space="preserve"> </w:t>
      </w:r>
      <w:r w:rsidRPr="029F8825" w:rsidR="58E56E2D">
        <w:rPr>
          <w:rFonts w:ascii="Calibri Light" w:hAnsi="Calibri Light" w:cs="Calibri Light"/>
          <w:b w:val="0"/>
          <w:bCs w:val="0"/>
          <w:color w:val="000000" w:themeColor="text1" w:themeTint="FF" w:themeShade="FF"/>
          <w:lang w:val="nb-NO"/>
        </w:rPr>
        <w:t>om</w:t>
      </w:r>
      <w:r w:rsidRPr="029F8825" w:rsidR="4432FD81">
        <w:rPr>
          <w:rFonts w:ascii="Calibri Light" w:hAnsi="Calibri Light" w:cs="Calibri Light"/>
          <w:b w:val="0"/>
          <w:bCs w:val="0"/>
          <w:color w:val="000000" w:themeColor="text1" w:themeTint="FF" w:themeShade="FF"/>
          <w:lang w:val="nb-NO"/>
        </w:rPr>
        <w:t xml:space="preserve"> </w:t>
      </w:r>
      <w:r w:rsidRPr="029F8825" w:rsidR="6F9AB6C6">
        <w:rPr>
          <w:rFonts w:ascii="Calibri Light" w:hAnsi="Calibri Light" w:cs="Calibri Light"/>
          <w:b w:val="0"/>
          <w:bCs w:val="0"/>
          <w:lang w:val="nb-NO"/>
        </w:rPr>
        <w:t>e</w:t>
      </w:r>
      <w:r w:rsidRPr="029F8825" w:rsidR="10E062E8">
        <w:rPr>
          <w:rFonts w:ascii="Calibri Light" w:hAnsi="Calibri Light" w:cs="Calibri Light"/>
          <w:b w:val="0"/>
          <w:bCs w:val="0"/>
          <w:lang w:val="nb-NO"/>
        </w:rPr>
        <w:t>lsparkesykkel</w:t>
      </w:r>
      <w:r w:rsidRPr="029F8825" w:rsidR="10E062E8">
        <w:rPr>
          <w:rFonts w:ascii="Calibri Light" w:hAnsi="Calibri Light" w:cs="Calibri Light"/>
          <w:b w:val="0"/>
          <w:bCs w:val="0"/>
          <w:lang w:val="nb-NO"/>
        </w:rPr>
        <w:t xml:space="preserve"> </w:t>
      </w:r>
    </w:p>
    <w:p w:rsidR="007238B7" w:rsidP="00BB41FA" w:rsidRDefault="007238B7" w14:paraId="6F00E71E" w14:textId="77777777">
      <w:pPr>
        <w:spacing w:after="100"/>
        <w:rPr>
          <w:rFonts w:ascii="Calibri Light" w:hAnsi="Calibri Light" w:cs="Calibri Light"/>
          <w:color w:val="000000" w:themeColor="text1"/>
          <w:sz w:val="23"/>
          <w:szCs w:val="23"/>
        </w:rPr>
      </w:pPr>
    </w:p>
    <w:p w:rsidR="00DF2194" w:rsidP="00BB41FA" w:rsidRDefault="4C09255B" w14:paraId="51E5F676" w14:textId="75B63AC7">
      <w:pPr>
        <w:spacing w:after="100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4A0DE15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Å kjøre trygt</w:t>
      </w:r>
      <w:r w:rsidRPr="029F8825" w:rsidR="633EEA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64AE8A2E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på</w:t>
      </w:r>
      <w:r w:rsidRPr="029F8825" w:rsidR="7290DA8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7290DA8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e</w:t>
      </w:r>
      <w:r w:rsidRPr="029F8825" w:rsidR="7C511D0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lsparkesykkel</w:t>
      </w:r>
      <w:r w:rsidRPr="029F8825" w:rsidR="7C511D0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7290DA8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handler om å øve, </w:t>
      </w:r>
      <w:r w:rsidRPr="029F8825" w:rsidR="4F9A4CCD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følge regler</w:t>
      </w:r>
      <w:r w:rsidRPr="029F8825" w:rsidR="7290DA8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og </w:t>
      </w:r>
      <w:r w:rsidRPr="029F8825" w:rsidR="3FCA42A5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vise</w:t>
      </w:r>
      <w:r w:rsidRPr="029F8825" w:rsidR="7290DA8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hensyn.</w:t>
      </w:r>
      <w:r w:rsidRPr="029F8825" w:rsidR="7C511D0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3E7F1F56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Denne a</w:t>
      </w:r>
      <w:r w:rsidRPr="029F8825" w:rsidR="7C511D0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vtalen hjelper dere </w:t>
      </w:r>
      <w:r w:rsidRPr="029F8825" w:rsidR="42135DB0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med </w:t>
      </w:r>
      <w:r w:rsidRPr="029F8825" w:rsidR="7C511D0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å snakke om trygg bruk og </w:t>
      </w:r>
      <w:r w:rsidRPr="029F8825" w:rsidR="7290DA8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rammer </w:t>
      </w:r>
      <w:r w:rsidRPr="029F8825" w:rsidR="145627D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for unge førere</w:t>
      </w:r>
      <w:r w:rsidRPr="029F8825" w:rsidR="7290DA8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.</w:t>
      </w:r>
      <w:r w:rsidRPr="029F8825" w:rsidR="22039F0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400648CB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Tilpass</w:t>
      </w:r>
      <w:r w:rsidRPr="029F8825" w:rsidR="35D7A448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097FA459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avtalen</w:t>
      </w:r>
      <w:r w:rsidRPr="029F8825" w:rsidR="41261BC8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slik at</w:t>
      </w:r>
      <w:r w:rsidRPr="029F8825" w:rsidR="35D7A448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6DBF461F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den </w:t>
      </w:r>
      <w:r w:rsidRPr="029F8825" w:rsidR="35D7A448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passer for dere. </w:t>
      </w:r>
    </w:p>
    <w:p w:rsidRPr="00D544F2" w:rsidR="00BB41FA" w:rsidP="00BB41FA" w:rsidRDefault="00BB41FA" w14:paraId="4C63910F" w14:textId="77777777">
      <w:pPr>
        <w:spacing w:after="100"/>
        <w:rPr>
          <w:rFonts w:ascii="Calibri Light" w:hAnsi="Calibri Light" w:cs="Calibri Light"/>
          <w:color w:val="000000" w:themeColor="text1"/>
          <w:sz w:val="23"/>
          <w:szCs w:val="23"/>
        </w:rPr>
      </w:pPr>
    </w:p>
    <w:p w:rsidRPr="00D544F2" w:rsidR="00D842EE" w:rsidP="002869E1" w:rsidRDefault="00BB41FA" w14:paraId="06D1CE81" w14:textId="5E5D0637">
      <w:pPr>
        <w:pStyle w:val="Heading2"/>
        <w:spacing w:after="20" w:line="276" w:lineRule="auto"/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</w:pPr>
      <w:r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  <w:t>A</w:t>
      </w:r>
      <w:r w:rsidRPr="00D544F2" w:rsidR="003E141E"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  <w:t>vtalen</w:t>
      </w:r>
      <w:r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  <w:t xml:space="preserve"> skal</w:t>
      </w:r>
      <w:r w:rsidRPr="00D544F2" w:rsidR="003E141E"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  <w:t xml:space="preserve"> hjelpe </w:t>
      </w:r>
      <w:r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  <w:t xml:space="preserve">dere </w:t>
      </w:r>
      <w:r w:rsidRPr="00D544F2" w:rsidR="003E141E"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  <w:t>med</w:t>
      </w:r>
      <w:r w:rsidRPr="00D544F2" w:rsidR="415A0FCF"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  <w:t xml:space="preserve"> å</w:t>
      </w:r>
      <w:r w:rsidRPr="00D544F2" w:rsidR="003E141E"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  <w:t>:</w:t>
      </w:r>
    </w:p>
    <w:p w:rsidRPr="00D544F2" w:rsidR="66C468AD" w:rsidP="6B919C73" w:rsidRDefault="00DF2194" w14:paraId="05557C68" w14:textId="38043E4D">
      <w:pPr>
        <w:pStyle w:val="ListParagraph"/>
        <w:numPr>
          <w:ilvl w:val="0"/>
          <w:numId w:val="6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forstå og følge regelverket</w:t>
      </w:r>
      <w:r w:rsidRPr="029F8825" w:rsidR="4F2246D9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som gjelder for å kjøre </w:t>
      </w:r>
      <w:r w:rsidRPr="029F8825" w:rsidR="4F2246D9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elsparkesykkel</w:t>
      </w:r>
    </w:p>
    <w:p w:rsidRPr="00D544F2" w:rsidR="00171B1C" w:rsidP="00D544F2" w:rsidRDefault="0E8C0932" w14:paraId="01ABFB53" w14:textId="4BCBF392">
      <w:pPr>
        <w:pStyle w:val="ListParagraph"/>
        <w:numPr>
          <w:ilvl w:val="0"/>
          <w:numId w:val="6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>a</w:t>
      </w:r>
      <w:r w:rsidRPr="00D544F2" w:rsidR="00583385">
        <w:rPr>
          <w:rFonts w:ascii="Calibri Light" w:hAnsi="Calibri Light" w:cs="Calibri Light"/>
          <w:color w:val="000000" w:themeColor="text1"/>
          <w:sz w:val="23"/>
          <w:szCs w:val="23"/>
        </w:rPr>
        <w:t xml:space="preserve">vtale hvor, når og hvordan </w:t>
      </w:r>
      <w:proofErr w:type="spellStart"/>
      <w:r w:rsidRPr="00D544F2" w:rsidR="00583385">
        <w:rPr>
          <w:rFonts w:ascii="Calibri Light" w:hAnsi="Calibri Light" w:cs="Calibri Light"/>
          <w:color w:val="000000" w:themeColor="text1"/>
          <w:sz w:val="23"/>
          <w:szCs w:val="23"/>
        </w:rPr>
        <w:t>elsparkesykkelen</w:t>
      </w:r>
      <w:proofErr w:type="spellEnd"/>
      <w:r w:rsidRPr="00D544F2" w:rsidR="00583385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D544F2" w:rsidR="00935C40">
        <w:rPr>
          <w:rFonts w:ascii="Calibri Light" w:hAnsi="Calibri Light" w:cs="Calibri Light"/>
          <w:color w:val="000000" w:themeColor="text1"/>
          <w:sz w:val="23"/>
          <w:szCs w:val="23"/>
        </w:rPr>
        <w:t>skal</w:t>
      </w:r>
      <w:r w:rsidRPr="00D544F2" w:rsidR="00583385">
        <w:rPr>
          <w:rFonts w:ascii="Calibri Light" w:hAnsi="Calibri Light" w:cs="Calibri Light"/>
          <w:color w:val="000000" w:themeColor="text1"/>
          <w:sz w:val="23"/>
          <w:szCs w:val="23"/>
        </w:rPr>
        <w:t xml:space="preserve"> brukes</w:t>
      </w:r>
    </w:p>
    <w:p w:rsidRPr="00D544F2" w:rsidR="00DF2194" w:rsidP="6B919C73" w:rsidRDefault="00DF2194" w14:paraId="4E14225A" w14:textId="6A4C138F">
      <w:pPr>
        <w:pStyle w:val="ListParagraph"/>
        <w:numPr>
          <w:ilvl w:val="0"/>
          <w:numId w:val="14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>sikre at kjøretøyet er lovlig, forsikret og vedlikeholdt</w:t>
      </w:r>
    </w:p>
    <w:p w:rsidR="00171B1C" w:rsidRDefault="00171B1C" w14:paraId="39A4F520" w14:textId="77777777">
      <w:pPr>
        <w:spacing w:after="20" w:line="240" w:lineRule="auto"/>
        <w:ind w:left="198" w:hanging="198"/>
        <w:rPr>
          <w:rFonts w:ascii="Calibri Light" w:hAnsi="Calibri Light" w:cs="Calibri Light"/>
          <w:color w:val="000000" w:themeColor="text1"/>
          <w:sz w:val="23"/>
          <w:szCs w:val="23"/>
        </w:rPr>
      </w:pPr>
    </w:p>
    <w:p w:rsidR="006021E8" w:rsidRDefault="00DE7436" w14:paraId="2CBF354B" w14:textId="77777777">
      <w:pPr>
        <w:spacing w:after="20" w:line="240" w:lineRule="auto"/>
        <w:ind w:left="198" w:hanging="198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078EDD47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F</w:t>
      </w:r>
      <w:r w:rsidRPr="029F8825" w:rsidR="1C263E1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ør inngåelse av avtalen skal fører og foresatte sammen</w:t>
      </w:r>
    </w:p>
    <w:p w:rsidR="00DE7436" w:rsidRDefault="00836FEE" w14:paraId="77BBF728" w14:textId="426DE508">
      <w:pPr>
        <w:spacing w:after="20" w:line="240" w:lineRule="auto"/>
        <w:ind w:left="198" w:hanging="198"/>
        <w:rPr>
          <w:rFonts w:ascii="Calibri Light" w:hAnsi="Calibri Light" w:cs="Calibri Light"/>
          <w:color w:val="000000" w:themeColor="text1"/>
          <w:sz w:val="23"/>
          <w:szCs w:val="23"/>
        </w:rPr>
      </w:pPr>
    </w:p>
    <w:p w:rsidR="00641735" w:rsidP="00641735" w:rsidRDefault="0015281A" w14:paraId="313BD7B2" w14:textId="4D628E33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7A915353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gjennomgå r</w:t>
      </w:r>
      <w:r w:rsidRPr="029F8825" w:rsidR="1C263E1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egelverket </w:t>
      </w:r>
      <w:r w:rsidRPr="029F8825" w:rsidR="1C263E1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for </w:t>
      </w:r>
      <w:r w:rsidRPr="029F8825" w:rsidR="76A00240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å </w:t>
      </w:r>
      <w:r w:rsidRPr="029F8825" w:rsidR="7F586D15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bruk</w:t>
      </w:r>
      <w:r w:rsidRPr="029F8825" w:rsidR="70B5049B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e</w:t>
      </w:r>
      <w:r w:rsidRPr="029F8825" w:rsidR="7F586D15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7F586D15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elsparkesykkel</w:t>
      </w:r>
      <w:r w:rsidRPr="029F8825" w:rsidR="73EC1370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hyperlink r:id="R1af721cc41ad4d54">
        <w:r w:rsidRPr="029F8825" w:rsidR="7A915353">
          <w:rPr>
            <w:rStyle w:val="Hyperlink"/>
            <w:rFonts w:ascii="Calibri Light" w:hAnsi="Calibri Light" w:cs="Calibri Light"/>
            <w:sz w:val="23"/>
            <w:szCs w:val="23"/>
          </w:rPr>
          <w:t>https://www.tryggtrafikk.no/tips/elsparkesykkel/regler-for-elsparkesykkel/</w:t>
        </w:r>
      </w:hyperlink>
    </w:p>
    <w:p w:rsidRPr="00B16C1A" w:rsidR="00836FEE" w:rsidP="00B16C1A" w:rsidRDefault="00641735" w14:paraId="5626CF2C" w14:textId="5E0C815D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646175C5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bli enige om hvilke konsekvenser avtalebrudd skal få</w:t>
      </w:r>
    </w:p>
    <w:p w:rsidR="00FE367D" w:rsidP="00FE367D" w:rsidRDefault="00142166" w14:paraId="59F4014B" w14:textId="678687F0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2A3238C8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ø</w:t>
      </w:r>
      <w:r w:rsidRPr="029F8825" w:rsidR="59E85F9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ve på </w:t>
      </w:r>
      <w:r w:rsidRPr="029F8825" w:rsidR="2BDFFBC9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å </w:t>
      </w:r>
      <w:r w:rsidRPr="029F8825" w:rsidR="59E85F9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s</w:t>
      </w:r>
      <w:r w:rsidRPr="029F8825" w:rsidR="3D8289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tarte, stoppe og bremse hardt uten å miste balansen</w:t>
      </w:r>
    </w:p>
    <w:p w:rsidRPr="00D544F2" w:rsidR="00524005" w:rsidP="00FE367D" w:rsidRDefault="00524005" w14:paraId="6A423E9D" w14:textId="1AAD68DC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>
        <w:rPr>
          <w:rFonts w:ascii="Calibri Light" w:hAnsi="Calibri Light" w:cs="Calibri Light"/>
          <w:color w:val="000000" w:themeColor="text1"/>
          <w:sz w:val="23"/>
          <w:szCs w:val="23"/>
        </w:rPr>
        <w:t xml:space="preserve">øve på å </w:t>
      </w:r>
      <w:r w:rsidR="00972F6B">
        <w:rPr>
          <w:rFonts w:ascii="Calibri Light" w:hAnsi="Calibri Light" w:cs="Calibri Light"/>
          <w:color w:val="000000" w:themeColor="text1"/>
          <w:sz w:val="23"/>
          <w:szCs w:val="23"/>
        </w:rPr>
        <w:t>svinge og tilpasse fart</w:t>
      </w:r>
    </w:p>
    <w:p w:rsidRPr="00D544F2" w:rsidR="00FE367D" w:rsidP="00FE367D" w:rsidRDefault="00142166" w14:paraId="626C73D8" w14:textId="02A229F6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>
        <w:rPr>
          <w:rFonts w:ascii="Calibri Light" w:hAnsi="Calibri Light" w:cs="Calibri Light"/>
          <w:color w:val="000000" w:themeColor="text1"/>
          <w:sz w:val="23"/>
          <w:szCs w:val="23"/>
        </w:rPr>
        <w:t>f</w:t>
      </w:r>
      <w:r w:rsidRPr="00D544F2" w:rsidR="00FE367D">
        <w:rPr>
          <w:rFonts w:ascii="Calibri Light" w:hAnsi="Calibri Light" w:cs="Calibri Light"/>
          <w:color w:val="000000" w:themeColor="text1"/>
          <w:sz w:val="23"/>
          <w:szCs w:val="23"/>
        </w:rPr>
        <w:t>orstå blindsoner og unngå disse</w:t>
      </w:r>
    </w:p>
    <w:p w:rsidRPr="005374E1" w:rsidR="00FE367D" w:rsidP="005374E1" w:rsidRDefault="007E3C28" w14:paraId="75A5051D" w14:textId="42AA8234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3264BF3E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øve på å </w:t>
      </w:r>
      <w:r w:rsidRPr="029F8825" w:rsidR="521CCE5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oppdage</w:t>
      </w:r>
      <w:r w:rsidRPr="029F8825" w:rsidR="2A3238C8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521CCE5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farer som </w:t>
      </w:r>
      <w:r w:rsidRPr="029F8825" w:rsidR="2A3238C8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hull, kanter</w:t>
      </w:r>
      <w:r w:rsidRPr="029F8825" w:rsidR="521CCE5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og</w:t>
      </w:r>
      <w:r w:rsidRPr="029F8825" w:rsidR="2A3238C8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grus</w:t>
      </w:r>
      <w:r w:rsidRPr="029F8825" w:rsidR="00B57F2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og </w:t>
      </w:r>
      <w:r w:rsidRPr="029F8825" w:rsidR="6D14FD67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å </w:t>
      </w:r>
      <w:r w:rsidRPr="029F8825" w:rsidR="00B57F2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tilpasse fart</w:t>
      </w:r>
    </w:p>
    <w:p w:rsidRPr="00D544F2" w:rsidR="00FE367D" w:rsidP="00FE367D" w:rsidRDefault="005374E1" w14:paraId="56C21162" w14:textId="1F2CF4DB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26C01840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gå gjennom trafikks</w:t>
      </w:r>
      <w:r w:rsidRPr="029F8825" w:rsidR="3D8289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kilt</w:t>
      </w:r>
      <w:r w:rsidRPr="029F8825" w:rsidR="2227F5B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for</w:t>
      </w:r>
      <w:r w:rsidRPr="029F8825" w:rsidR="26C01840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3D8289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gangfelt, vikeplikt, stopp, trafikklys, gangvei, sykkelvei/gang- og sykkelvei og steder der </w:t>
      </w:r>
      <w:r w:rsidRPr="029F8825" w:rsidR="3D8289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elsparkesyk</w:t>
      </w:r>
      <w:r w:rsidRPr="029F8825" w:rsidR="300695F6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ler</w:t>
      </w:r>
      <w:r w:rsidRPr="029F8825" w:rsidR="3D8289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ikke </w:t>
      </w:r>
      <w:r w:rsidRPr="029F8825" w:rsidR="379968F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skal</w:t>
      </w:r>
      <w:r w:rsidRPr="029F8825" w:rsidR="133C4E88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3D8289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brukes eller parkeres</w:t>
      </w:r>
    </w:p>
    <w:p w:rsidRPr="00D544F2" w:rsidR="00FE367D" w:rsidP="00AF0E8D" w:rsidRDefault="00FE367D" w14:paraId="6E21D35C" w14:textId="77777777">
      <w:pPr>
        <w:pStyle w:val="ListParagraph"/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</w:p>
    <w:p w:rsidRPr="00AF0E8D" w:rsidR="00FE367D" w:rsidP="00AF0E8D" w:rsidRDefault="005F2A9B" w14:paraId="22B66CCE" w14:textId="69B21721">
      <w:p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>
        <w:rPr>
          <w:rFonts w:ascii="Calibri Light" w:hAnsi="Calibri Light" w:cs="Calibri Light"/>
          <w:color w:val="000000" w:themeColor="text1"/>
          <w:sz w:val="23"/>
          <w:szCs w:val="23"/>
        </w:rPr>
        <w:t>Før inngåelse av avtale skal fører kunne</w:t>
      </w:r>
    </w:p>
    <w:p w:rsidRPr="00FE367D" w:rsidR="00FE367D" w:rsidP="00FE367D" w:rsidRDefault="00FE367D" w14:paraId="4B78E264" w14:textId="53E40D2D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3D8289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forklare de viktigste </w:t>
      </w:r>
      <w:r w:rsidRPr="029F8825" w:rsidR="6F29A78F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farene</w:t>
      </w:r>
      <w:r w:rsidRPr="029F8825" w:rsidR="3D8289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, regle</w:t>
      </w:r>
      <w:r w:rsidRPr="029F8825" w:rsidR="1647A33D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r</w:t>
      </w:r>
      <w:r w:rsidRPr="029F8825" w:rsidR="3D8289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og skilt</w:t>
      </w:r>
    </w:p>
    <w:p w:rsidRPr="00FE367D" w:rsidR="00FE367D" w:rsidP="00FE367D" w:rsidRDefault="00FE367D" w14:paraId="77920212" w14:textId="44CE3B57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FE367D">
        <w:rPr>
          <w:rFonts w:ascii="Calibri Light" w:hAnsi="Calibri Light" w:cs="Calibri Light"/>
          <w:color w:val="000000" w:themeColor="text1"/>
          <w:sz w:val="23"/>
          <w:szCs w:val="23"/>
        </w:rPr>
        <w:t>tilpasse fart, bremse kontrollert, gi tegn, passere gående rolig og parkere riktig</w:t>
      </w:r>
    </w:p>
    <w:p w:rsidR="00684E7F" w:rsidP="00AF0E8D" w:rsidRDefault="00684E7F" w14:paraId="19854C4C" w14:textId="77777777">
      <w:pPr>
        <w:spacing w:after="20" w:line="240" w:lineRule="auto"/>
        <w:rPr>
          <w:rFonts w:ascii="Calibri Light" w:hAnsi="Calibri Light" w:cs="Calibri Light"/>
          <w:color w:val="000000" w:themeColor="text1"/>
          <w:sz w:val="32"/>
          <w:szCs w:val="32"/>
        </w:rPr>
      </w:pPr>
    </w:p>
    <w:p w:rsidRPr="0015281A" w:rsidR="00B16C1A" w:rsidP="00B16C1A" w:rsidRDefault="00B16C1A" w14:paraId="01A66303" w14:textId="73223CD7">
      <w:p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59E85F9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F</w:t>
      </w:r>
      <w:r w:rsidRPr="029F8825" w:rsidR="76E51F47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ør inngåelse av avtale skal f</w:t>
      </w:r>
      <w:r w:rsidRPr="029F8825" w:rsidR="59E85F9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oresatte</w:t>
      </w:r>
    </w:p>
    <w:p w:rsidR="00B16C1A" w:rsidP="00B16C1A" w:rsidRDefault="00B16C1A" w14:paraId="67311BB1" w14:textId="6427393A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59E85F9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vurder</w:t>
      </w:r>
      <w:r w:rsidRPr="029F8825" w:rsidR="12E888AE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e</w:t>
      </w:r>
      <w:r w:rsidRPr="029F8825" w:rsidR="59E85F9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hvorvidt fører er moden nok for ansvaret som følger med å kjøre en liten elektrisk motorvogn i trafikken</w:t>
      </w:r>
    </w:p>
    <w:p w:rsidRPr="00D544F2" w:rsidR="00B16C1A" w:rsidP="00B16C1A" w:rsidRDefault="006B3E82" w14:paraId="62003895" w14:textId="2DF251F7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27A0B43F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ev. </w:t>
      </w:r>
      <w:r w:rsidRPr="029F8825" w:rsidR="59E85F9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skaffe ansvarsforsikring til </w:t>
      </w:r>
      <w:r w:rsidRPr="029F8825" w:rsidR="59E85F9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privateid kjøretøy</w:t>
      </w:r>
    </w:p>
    <w:p w:rsidR="00B16C1A" w:rsidP="00AF0E8D" w:rsidRDefault="00B16C1A" w14:paraId="45E87391" w14:textId="77777777">
      <w:pPr>
        <w:spacing w:after="20" w:line="240" w:lineRule="auto"/>
        <w:rPr>
          <w:rFonts w:ascii="Calibri Light" w:hAnsi="Calibri Light" w:cs="Calibri Light"/>
          <w:color w:val="000000" w:themeColor="text1"/>
          <w:sz w:val="32"/>
          <w:szCs w:val="32"/>
        </w:rPr>
      </w:pPr>
    </w:p>
    <w:p w:rsidR="00684E7F" w:rsidP="00836FEE" w:rsidRDefault="00684E7F" w14:paraId="2FB6C55E" w14:textId="77777777">
      <w:pPr>
        <w:spacing w:after="20" w:line="240" w:lineRule="auto"/>
        <w:ind w:left="198" w:hanging="198"/>
        <w:rPr>
          <w:rFonts w:ascii="Calibri Light" w:hAnsi="Calibri Light" w:cs="Calibri Light"/>
          <w:color w:val="000000" w:themeColor="text1"/>
          <w:sz w:val="32"/>
          <w:szCs w:val="32"/>
        </w:rPr>
      </w:pPr>
    </w:p>
    <w:p w:rsidR="007E3C28" w:rsidP="00836FEE" w:rsidRDefault="007E3C28" w14:paraId="3C20FDE0" w14:textId="77777777">
      <w:pPr>
        <w:spacing w:after="20" w:line="240" w:lineRule="auto"/>
        <w:ind w:left="198" w:hanging="198"/>
        <w:rPr>
          <w:rFonts w:ascii="Calibri Light" w:hAnsi="Calibri Light" w:cs="Calibri Light"/>
          <w:color w:val="000000" w:themeColor="text1"/>
          <w:sz w:val="32"/>
          <w:szCs w:val="32"/>
        </w:rPr>
      </w:pPr>
    </w:p>
    <w:p w:rsidR="0039425C" w:rsidP="00836FEE" w:rsidRDefault="0039425C" w14:paraId="54B0FF84" w14:textId="77777777">
      <w:pPr>
        <w:spacing w:after="20" w:line="240" w:lineRule="auto"/>
        <w:ind w:left="198" w:hanging="198"/>
        <w:rPr>
          <w:rFonts w:ascii="Calibri Light" w:hAnsi="Calibri Light" w:cs="Calibri Light"/>
          <w:color w:val="000000" w:themeColor="text1"/>
          <w:sz w:val="32"/>
          <w:szCs w:val="32"/>
        </w:rPr>
      </w:pPr>
    </w:p>
    <w:p w:rsidR="0039425C" w:rsidP="00836FEE" w:rsidRDefault="0039425C" w14:paraId="3E3D4258" w14:textId="77777777">
      <w:pPr>
        <w:spacing w:after="20" w:line="240" w:lineRule="auto"/>
        <w:ind w:left="198" w:hanging="198"/>
        <w:rPr>
          <w:rFonts w:ascii="Calibri Light" w:hAnsi="Calibri Light" w:cs="Calibri Light"/>
          <w:color w:val="000000" w:themeColor="text1"/>
          <w:sz w:val="32"/>
          <w:szCs w:val="32"/>
        </w:rPr>
      </w:pPr>
    </w:p>
    <w:p w:rsidRPr="00684E7F" w:rsidR="00766FB6" w:rsidP="00684E7F" w:rsidRDefault="00684E7F" w14:paraId="40E3EEBF" w14:textId="73FC75B7">
      <w:pPr>
        <w:spacing w:after="20" w:line="240" w:lineRule="auto"/>
        <w:rPr>
          <w:rFonts w:ascii="Calibri Light" w:hAnsi="Calibri Light" w:cs="Calibri Light"/>
          <w:color w:val="000000" w:themeColor="text1"/>
          <w:sz w:val="32"/>
          <w:szCs w:val="32"/>
        </w:rPr>
      </w:pPr>
      <w:r w:rsidRPr="00684E7F">
        <w:rPr>
          <w:rFonts w:ascii="Calibri Light" w:hAnsi="Calibri Light" w:cs="Calibri Light"/>
          <w:color w:val="000000" w:themeColor="text1"/>
          <w:sz w:val="32"/>
          <w:szCs w:val="32"/>
        </w:rPr>
        <w:lastRenderedPageBreak/>
        <w:t>Kjøleskapsavtale mellom ..</w:t>
      </w:r>
      <w:r w:rsidR="00766FB6">
        <w:rPr>
          <w:rFonts w:ascii="Calibri Light" w:hAnsi="Calibri Light" w:cs="Calibri Light"/>
          <w:color w:val="000000" w:themeColor="text1"/>
          <w:sz w:val="32"/>
          <w:szCs w:val="32"/>
        </w:rPr>
        <w:t>...</w:t>
      </w:r>
      <w:r w:rsidRPr="00684E7F">
        <w:rPr>
          <w:rFonts w:ascii="Calibri Light" w:hAnsi="Calibri Light" w:cs="Calibri Light"/>
          <w:color w:val="000000" w:themeColor="text1"/>
          <w:sz w:val="32"/>
          <w:szCs w:val="32"/>
        </w:rPr>
        <w:t>.......(fører) og ...</w:t>
      </w:r>
      <w:r w:rsidR="00766FB6">
        <w:rPr>
          <w:rFonts w:ascii="Calibri Light" w:hAnsi="Calibri Light" w:cs="Calibri Light"/>
          <w:color w:val="000000" w:themeColor="text1"/>
          <w:sz w:val="32"/>
          <w:szCs w:val="32"/>
        </w:rPr>
        <w:t>..</w:t>
      </w:r>
      <w:r w:rsidRPr="00684E7F">
        <w:rPr>
          <w:rFonts w:ascii="Calibri Light" w:hAnsi="Calibri Light" w:cs="Calibri Light"/>
          <w:color w:val="000000" w:themeColor="text1"/>
          <w:sz w:val="32"/>
          <w:szCs w:val="32"/>
        </w:rPr>
        <w:t>......(foresatt)</w:t>
      </w:r>
    </w:p>
    <w:p w:rsidR="00AB11C9" w:rsidP="002869E1" w:rsidRDefault="006E03C2" w14:paraId="1B29377E" w14:textId="6A226A7F">
      <w:pPr>
        <w:pStyle w:val="Heading2"/>
        <w:spacing w:after="20" w:line="276" w:lineRule="auto"/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</w:pPr>
      <w:r w:rsidRPr="029F8825" w:rsidR="622EC477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 xml:space="preserve">Fører lover å følge </w:t>
      </w:r>
      <w:r w:rsidRPr="029F8825" w:rsidR="384BA23F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 xml:space="preserve">punktene i </w:t>
      </w:r>
      <w:r w:rsidRPr="029F8825" w:rsidR="622EC477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>denne avtalen</w:t>
      </w:r>
      <w:r w:rsidRPr="029F8825" w:rsidR="53B30A56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 xml:space="preserve">. Brudd på avtalen </w:t>
      </w:r>
      <w:r w:rsidRPr="029F8825" w:rsidR="3EC30543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>føl</w:t>
      </w:r>
      <w:r w:rsidRPr="029F8825" w:rsidR="67D61682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>g</w:t>
      </w:r>
      <w:r w:rsidRPr="029F8825" w:rsidR="3EC30543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 xml:space="preserve">es opp </w:t>
      </w:r>
      <w:r w:rsidRPr="029F8825" w:rsidR="208CE26C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>og får</w:t>
      </w:r>
      <w:r w:rsidRPr="029F8825" w:rsidR="3EC30543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 xml:space="preserve"> konsekvenser.</w:t>
      </w:r>
    </w:p>
    <w:p w:rsidRPr="00354918" w:rsidR="00354918" w:rsidP="00354918" w:rsidRDefault="00354918" w14:paraId="4565ADBF" w14:textId="77777777"/>
    <w:p w:rsidRPr="00EA568D" w:rsidR="00B23A5C" w:rsidP="002869E1" w:rsidRDefault="003E141E" w14:paraId="4704FBC0" w14:textId="3015F450">
      <w:pPr>
        <w:pStyle w:val="Heading2"/>
        <w:spacing w:after="20" w:line="276" w:lineRule="auto"/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</w:pPr>
      <w:r w:rsidRPr="029F8825" w:rsidR="6A654E54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 xml:space="preserve">Regler </w:t>
      </w:r>
      <w:r w:rsidRPr="029F8825" w:rsidR="409FBB53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>som</w:t>
      </w:r>
      <w:r w:rsidRPr="029F8825" w:rsidR="275C7B3C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 xml:space="preserve"> skal følge</w:t>
      </w:r>
      <w:r w:rsidRPr="029F8825" w:rsidR="557F41F7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>s</w:t>
      </w:r>
      <w:r w:rsidRPr="029F8825" w:rsidR="16DC76D1">
        <w:rPr>
          <w:rFonts w:ascii="Calibri Light" w:hAnsi="Calibri Light" w:eastAsia="Lato" w:cs="Calibri Light"/>
          <w:b w:val="0"/>
          <w:bCs w:val="0"/>
          <w:color w:val="000000" w:themeColor="text1" w:themeTint="FF" w:themeShade="FF"/>
          <w:sz w:val="23"/>
          <w:szCs w:val="23"/>
        </w:rPr>
        <w:t>:</w:t>
      </w:r>
    </w:p>
    <w:p w:rsidRPr="00D544F2" w:rsidR="00B23A5C" w:rsidP="6B919C73" w:rsidRDefault="5534592C" w14:paraId="253ADFE6" w14:textId="19ABBEF7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 xml:space="preserve">Jeg kjører kun </w:t>
      </w:r>
      <w:proofErr w:type="spellStart"/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>e</w:t>
      </w:r>
      <w:r w:rsidRPr="00D544F2" w:rsidR="00935C40">
        <w:rPr>
          <w:rFonts w:ascii="Calibri Light" w:hAnsi="Calibri Light" w:cs="Calibri Light"/>
          <w:color w:val="000000" w:themeColor="text1"/>
          <w:sz w:val="23"/>
          <w:szCs w:val="23"/>
        </w:rPr>
        <w:t>lsparkesykkel</w:t>
      </w:r>
      <w:proofErr w:type="spellEnd"/>
      <w:r w:rsidRPr="00D544F2" w:rsidR="00935C40">
        <w:rPr>
          <w:rFonts w:ascii="Calibri Light" w:hAnsi="Calibri Light" w:cs="Calibri Light"/>
          <w:color w:val="000000" w:themeColor="text1"/>
          <w:sz w:val="23"/>
          <w:szCs w:val="23"/>
        </w:rPr>
        <w:t xml:space="preserve"> s</w:t>
      </w:r>
      <w:r w:rsidRPr="00D544F2" w:rsidR="256C50A4">
        <w:rPr>
          <w:rFonts w:ascii="Calibri Light" w:hAnsi="Calibri Light" w:cs="Calibri Light"/>
          <w:color w:val="000000" w:themeColor="text1"/>
          <w:sz w:val="23"/>
          <w:szCs w:val="23"/>
        </w:rPr>
        <w:t>om er</w:t>
      </w:r>
      <w:r w:rsidRPr="00D544F2" w:rsidR="1EA15B18">
        <w:rPr>
          <w:rFonts w:ascii="Calibri Light" w:hAnsi="Calibri Light" w:cs="Calibri Light"/>
          <w:color w:val="000000" w:themeColor="text1"/>
          <w:sz w:val="23"/>
          <w:szCs w:val="23"/>
        </w:rPr>
        <w:t xml:space="preserve"> lovlig og forsikret.</w:t>
      </w:r>
    </w:p>
    <w:p w:rsidRPr="00D544F2" w:rsidR="00B23A5C" w:rsidP="6B919C73" w:rsidRDefault="00583385" w14:paraId="5EAC4AA7" w14:textId="6CC9BACE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 xml:space="preserve">Jeg bruker hjelm </w:t>
      </w:r>
      <w:r w:rsidRPr="00D544F2" w:rsidR="00935C40">
        <w:rPr>
          <w:rFonts w:ascii="Calibri Light" w:hAnsi="Calibri Light" w:cs="Calibri Light"/>
          <w:color w:val="000000" w:themeColor="text1"/>
          <w:sz w:val="23"/>
          <w:szCs w:val="23"/>
        </w:rPr>
        <w:t>når jeg kjører</w:t>
      </w: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</w:p>
    <w:p w:rsidRPr="00D544F2" w:rsidR="00B23A5C" w:rsidP="6B919C73" w:rsidRDefault="0B0E2736" w14:paraId="560A9B63" w14:textId="12107011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>Jeg overholder regelen om kun</w:t>
      </w:r>
      <w:r w:rsidRPr="00D544F2" w:rsidR="00583385">
        <w:rPr>
          <w:rFonts w:ascii="Calibri Light" w:hAnsi="Calibri Light" w:cs="Calibri Light"/>
          <w:color w:val="000000" w:themeColor="text1"/>
          <w:sz w:val="23"/>
          <w:szCs w:val="23"/>
        </w:rPr>
        <w:t xml:space="preserve"> én person på </w:t>
      </w:r>
      <w:proofErr w:type="spellStart"/>
      <w:r w:rsidRPr="00D544F2" w:rsidR="00583385">
        <w:rPr>
          <w:rFonts w:ascii="Calibri Light" w:hAnsi="Calibri Light" w:cs="Calibri Light"/>
          <w:color w:val="000000" w:themeColor="text1"/>
          <w:sz w:val="23"/>
          <w:szCs w:val="23"/>
        </w:rPr>
        <w:t>elsparkesykkelen</w:t>
      </w:r>
      <w:proofErr w:type="spellEnd"/>
      <w:r w:rsidRPr="00D544F2" w:rsidR="00583385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</w:p>
    <w:p w:rsidRPr="00D544F2" w:rsidR="00B23A5C" w:rsidP="6B919C73" w:rsidRDefault="00583385" w14:paraId="6FF80F36" w14:textId="3D6A7BAE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>Jeg holder lav fart</w:t>
      </w:r>
      <w:r w:rsidRPr="00D544F2" w:rsidR="00DF2194">
        <w:rPr>
          <w:rFonts w:ascii="Calibri Light" w:hAnsi="Calibri Light" w:cs="Calibri Light"/>
          <w:color w:val="000000" w:themeColor="text1"/>
          <w:sz w:val="23"/>
          <w:szCs w:val="23"/>
        </w:rPr>
        <w:t xml:space="preserve"> og</w:t>
      </w: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 xml:space="preserve"> god avstand </w:t>
      </w:r>
      <w:r w:rsidRPr="00D544F2" w:rsidR="00DF2194">
        <w:rPr>
          <w:rFonts w:ascii="Calibri Light" w:hAnsi="Calibri Light" w:cs="Calibri Light"/>
          <w:color w:val="000000" w:themeColor="text1"/>
          <w:sz w:val="23"/>
          <w:szCs w:val="23"/>
        </w:rPr>
        <w:t xml:space="preserve">på fortau og gangvei. </w:t>
      </w:r>
    </w:p>
    <w:p w:rsidRPr="00D544F2" w:rsidR="00B23A5C" w:rsidP="6B919C73" w:rsidRDefault="00250FF4" w14:paraId="1A6C7A30" w14:textId="39178D71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>J</w:t>
      </w:r>
      <w:r w:rsidRPr="00D544F2" w:rsidR="002A14EA">
        <w:rPr>
          <w:rFonts w:ascii="Calibri Light" w:hAnsi="Calibri Light" w:cs="Calibri Light"/>
          <w:color w:val="000000" w:themeColor="text1"/>
          <w:sz w:val="23"/>
          <w:szCs w:val="23"/>
        </w:rPr>
        <w:t>eg bruker ikke mobilen når jeg kjører</w:t>
      </w:r>
      <w:r w:rsidRPr="00D544F2" w:rsidR="009547D2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</w:p>
    <w:p w:rsidRPr="00D544F2" w:rsidR="50CE0086" w:rsidP="6B919C73" w:rsidRDefault="50CE0086" w14:paraId="2C3233F0" w14:textId="165C82D4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>Jeg senker farten inn mot kryss og overholder vikeplikten.</w:t>
      </w:r>
    </w:p>
    <w:p w:rsidRPr="00D544F2" w:rsidR="009547D2" w:rsidP="6B919C73" w:rsidRDefault="009547D2" w14:paraId="13D811AC" w14:textId="1DA49F4D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5494C106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Jeg endrer ikke </w:t>
      </w:r>
      <w:r w:rsidRPr="029F8825" w:rsidR="5E97BCF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farts</w:t>
      </w:r>
      <w:r w:rsidRPr="029F8825" w:rsidR="66422C0C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sperr</w:t>
      </w:r>
      <w:r w:rsidRPr="029F8825" w:rsidR="5494C106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en på kjøretøyet så det går over 20 km/t.</w:t>
      </w:r>
    </w:p>
    <w:p w:rsidRPr="00D544F2" w:rsidR="00DF2194" w:rsidP="6B919C73" w:rsidRDefault="00DF2194" w14:paraId="74A62065" w14:textId="49AF8F28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Jeg kjører ikke </w:t>
      </w: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elsparkesykkel</w:t>
      </w: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6C3E53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på</w:t>
      </w:r>
      <w:r w:rsidRPr="029F8825" w:rsidR="6C3E533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glatt føre (frost, snø </w:t>
      </w: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el.l</w:t>
      </w: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.)</w:t>
      </w:r>
    </w:p>
    <w:p w:rsidR="00DF2194" w:rsidP="00DF2194" w:rsidRDefault="00DF2194" w14:paraId="0E710EB0" w14:textId="5C293183">
      <w:pPr>
        <w:pStyle w:val="ListParagraph"/>
        <w:numPr>
          <w:ilvl w:val="0"/>
          <w:numId w:val="13"/>
        </w:numPr>
        <w:spacing w:after="20" w:line="240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Jeg senker farten når det er mørkt, regn og dårlig sikt</w:t>
      </w:r>
      <w:r w:rsidRPr="029F8825" w:rsidR="7E6FA543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.</w:t>
      </w: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</w:p>
    <w:p w:rsidR="00A11AF4" w:rsidP="00DF2194" w:rsidRDefault="00A11AF4" w14:paraId="4108E827" w14:textId="5D0FAF39">
      <w:pPr>
        <w:pStyle w:val="ListParagraph"/>
        <w:numPr>
          <w:ilvl w:val="0"/>
          <w:numId w:val="13"/>
        </w:numPr>
        <w:spacing w:after="20" w:line="240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271986F0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Jeg kjører </w:t>
      </w:r>
      <w:r w:rsidRPr="029F8825" w:rsidR="271986F0">
        <w:rPr>
          <w:rFonts w:ascii="Calibri Light" w:hAnsi="Calibri Light" w:cs="Calibri Light"/>
          <w:i w:val="1"/>
          <w:iCs w:val="1"/>
          <w:color w:val="000000" w:themeColor="text1" w:themeTint="FF" w:themeShade="FF"/>
          <w:sz w:val="23"/>
          <w:szCs w:val="23"/>
        </w:rPr>
        <w:t>med</w:t>
      </w:r>
      <w:r w:rsidRPr="029F8825" w:rsidR="271986F0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kjøreretningen i trafikken</w:t>
      </w:r>
      <w:r w:rsidRPr="029F8825" w:rsidR="07EF1C8B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.</w:t>
      </w:r>
    </w:p>
    <w:p w:rsidR="00094403" w:rsidP="00094403" w:rsidRDefault="00094403" w14:paraId="51D62474" w14:textId="77777777">
      <w:pPr>
        <w:spacing w:after="20" w:line="240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</w:p>
    <w:p w:rsidRPr="00094403" w:rsidR="00DF2194" w:rsidP="00094403" w:rsidRDefault="00675031" w14:paraId="59B315D4" w14:textId="7F177E42">
      <w:pPr>
        <w:spacing w:after="20" w:line="240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26828AD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Annet </w:t>
      </w:r>
      <w:r w:rsidRPr="029F8825" w:rsidR="696BEEC9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–</w:t>
      </w:r>
      <w:r w:rsidRPr="029F8825" w:rsidR="26828AD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5B36CEC6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som</w:t>
      </w:r>
      <w:r w:rsidRPr="029F8825" w:rsidR="5B36CEC6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26828AD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begrensninger i hvor, når eller hvordan </w:t>
      </w:r>
      <w:r w:rsidRPr="029F8825" w:rsidR="26828AD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elsparkesykkelen</w:t>
      </w:r>
      <w:r w:rsidRPr="029F8825" w:rsidR="26828ADA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kan brukes</w:t>
      </w:r>
      <w:r w:rsidRPr="029F8825" w:rsidR="7D6CF3B5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.</w:t>
      </w:r>
    </w:p>
    <w:p w:rsidRPr="00675031" w:rsidR="00C93B38" w:rsidP="00675031" w:rsidRDefault="00DF2194" w14:paraId="24989E65" w14:textId="21971DA7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>...</w:t>
      </w:r>
    </w:p>
    <w:p w:rsidRPr="00D544F2" w:rsidR="00DF2194" w:rsidP="00D544F2" w:rsidRDefault="00DF2194" w14:paraId="64272048" w14:textId="3DC21571">
      <w:pPr>
        <w:pStyle w:val="SectionHeading"/>
        <w:spacing w:line="240" w:lineRule="auto"/>
        <w:rPr>
          <w:rFonts w:ascii="Calibri Light" w:hAnsi="Calibri Light" w:cs="Calibri Light"/>
          <w:b w:val="0"/>
          <w:sz w:val="23"/>
          <w:szCs w:val="23"/>
          <w:lang w:val="nb-NO"/>
        </w:rPr>
      </w:pPr>
      <w:r w:rsidRPr="00D544F2">
        <w:rPr>
          <w:rFonts w:ascii="Calibri Light" w:hAnsi="Calibri Light" w:cs="Calibri Light"/>
          <w:b w:val="0"/>
          <w:sz w:val="23"/>
          <w:szCs w:val="23"/>
          <w:lang w:val="nb-NO"/>
        </w:rPr>
        <w:t>Ved ulykker eller andre hendelser</w:t>
      </w:r>
    </w:p>
    <w:p w:rsidRPr="00D544F2" w:rsidR="00DF2194" w:rsidP="00DF2194" w:rsidRDefault="00DF2194" w14:paraId="4C0E6650" w14:textId="2D2F7431">
      <w:pPr>
        <w:pStyle w:val="ListParagraph"/>
        <w:numPr>
          <w:ilvl w:val="0"/>
          <w:numId w:val="13"/>
        </w:numPr>
        <w:spacing w:after="30" w:line="276" w:lineRule="auto"/>
        <w:rPr>
          <w:rFonts w:ascii="Calibri Light" w:hAnsi="Calibri Light" w:cs="Calibri Light"/>
          <w:sz w:val="23"/>
          <w:szCs w:val="23"/>
        </w:rPr>
      </w:pP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Jeg sier </w:t>
      </w:r>
      <w:r w:rsidRPr="029F8825" w:rsidR="029DA678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i</w:t>
      </w: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fra, og vi snakker om hva som skjedde.</w:t>
      </w:r>
    </w:p>
    <w:p w:rsidRPr="00B7650F" w:rsidR="00171B1C" w:rsidP="00B7650F" w:rsidRDefault="00DF2194" w14:paraId="6182A1E8" w14:textId="6FD5D92E">
      <w:pPr>
        <w:pStyle w:val="ListParagraph"/>
        <w:numPr>
          <w:ilvl w:val="0"/>
          <w:numId w:val="13"/>
        </w:numPr>
        <w:spacing w:after="30" w:line="240" w:lineRule="auto"/>
        <w:rPr>
          <w:rFonts w:ascii="Calibri Light" w:hAnsi="Calibri Light" w:cs="Calibri Light"/>
          <w:sz w:val="23"/>
          <w:szCs w:val="23"/>
        </w:rPr>
      </w:pPr>
      <w:r w:rsidRPr="00D544F2">
        <w:rPr>
          <w:rFonts w:ascii="Calibri Light" w:hAnsi="Calibri Light" w:cs="Calibri Light"/>
          <w:color w:val="000000"/>
          <w:sz w:val="23"/>
          <w:szCs w:val="23"/>
        </w:rPr>
        <w:t xml:space="preserve">Ved </w:t>
      </w:r>
      <w:r w:rsidRPr="00D544F2">
        <w:rPr>
          <w:rFonts w:ascii="Calibri Light" w:hAnsi="Calibri Light" w:cs="Calibri Light"/>
          <w:sz w:val="23"/>
          <w:szCs w:val="23"/>
        </w:rPr>
        <w:t>ulykke</w:t>
      </w:r>
      <w:r w:rsidRPr="00D544F2">
        <w:rPr>
          <w:rFonts w:ascii="Calibri Light" w:hAnsi="Calibri Light" w:cs="Calibri Light"/>
          <w:color w:val="000000"/>
          <w:sz w:val="23"/>
          <w:szCs w:val="23"/>
        </w:rPr>
        <w:t xml:space="preserve">: Sikre </w:t>
      </w:r>
      <w:r w:rsidRPr="00D544F2">
        <w:rPr>
          <w:rFonts w:ascii="Calibri Light" w:hAnsi="Calibri Light" w:cs="Calibri Light"/>
          <w:sz w:val="23"/>
          <w:szCs w:val="23"/>
        </w:rPr>
        <w:t>m</w:t>
      </w:r>
      <w:r w:rsidRPr="00D544F2">
        <w:rPr>
          <w:rFonts w:ascii="Calibri Light" w:hAnsi="Calibri Light" w:cs="Calibri Light"/>
          <w:color w:val="000000"/>
          <w:sz w:val="23"/>
          <w:szCs w:val="23"/>
        </w:rPr>
        <w:t xml:space="preserve">eg selv, </w:t>
      </w:r>
      <w:r w:rsidRPr="00D544F2">
        <w:rPr>
          <w:rFonts w:ascii="Calibri Light" w:hAnsi="Calibri Light" w:cs="Calibri Light"/>
          <w:sz w:val="23"/>
          <w:szCs w:val="23"/>
        </w:rPr>
        <w:t>ulykkes</w:t>
      </w:r>
      <w:r w:rsidRPr="00D544F2">
        <w:rPr>
          <w:rFonts w:ascii="Calibri Light" w:hAnsi="Calibri Light" w:cs="Calibri Light"/>
          <w:color w:val="000000"/>
          <w:sz w:val="23"/>
          <w:szCs w:val="23"/>
        </w:rPr>
        <w:t>sted</w:t>
      </w:r>
      <w:r w:rsidR="008F7A99">
        <w:rPr>
          <w:rFonts w:ascii="Calibri Light" w:hAnsi="Calibri Light" w:cs="Calibri Light"/>
          <w:color w:val="000000"/>
          <w:sz w:val="23"/>
          <w:szCs w:val="23"/>
        </w:rPr>
        <w:t xml:space="preserve"> og</w:t>
      </w:r>
      <w:r w:rsidRPr="00D544F2">
        <w:rPr>
          <w:rFonts w:ascii="Calibri Light" w:hAnsi="Calibri Light" w:cs="Calibri Light"/>
          <w:color w:val="000000"/>
          <w:sz w:val="23"/>
          <w:szCs w:val="23"/>
        </w:rPr>
        <w:t xml:space="preserve"> hjelpe</w:t>
      </w:r>
      <w:r w:rsidRPr="00D544F2">
        <w:rPr>
          <w:rFonts w:ascii="Calibri Light" w:hAnsi="Calibri Light" w:cs="Calibri Light"/>
          <w:sz w:val="23"/>
          <w:szCs w:val="23"/>
        </w:rPr>
        <w:t xml:space="preserve"> til</w:t>
      </w:r>
      <w:r w:rsidR="008F7A99">
        <w:rPr>
          <w:rFonts w:ascii="Calibri Light" w:hAnsi="Calibri Light" w:cs="Calibri Light"/>
          <w:sz w:val="23"/>
          <w:szCs w:val="23"/>
        </w:rPr>
        <w:t xml:space="preserve">. </w:t>
      </w:r>
      <w:r w:rsidR="008F7A99">
        <w:rPr>
          <w:rFonts w:ascii="Calibri Light" w:hAnsi="Calibri Light" w:cs="Calibri Light"/>
          <w:color w:val="000000"/>
          <w:sz w:val="23"/>
          <w:szCs w:val="23"/>
        </w:rPr>
        <w:t>R</w:t>
      </w:r>
      <w:r w:rsidRPr="00D544F2">
        <w:rPr>
          <w:rFonts w:ascii="Calibri Light" w:hAnsi="Calibri Light" w:cs="Calibri Light"/>
          <w:color w:val="000000"/>
          <w:sz w:val="23"/>
          <w:szCs w:val="23"/>
        </w:rPr>
        <w:t xml:space="preserve">inge 113 </w:t>
      </w:r>
      <w:r w:rsidR="00163747">
        <w:rPr>
          <w:rFonts w:ascii="Calibri Light" w:hAnsi="Calibri Light" w:cs="Calibri Light"/>
          <w:color w:val="000000"/>
          <w:sz w:val="23"/>
          <w:szCs w:val="23"/>
        </w:rPr>
        <w:t>dersom</w:t>
      </w:r>
      <w:r w:rsidRPr="00D544F2">
        <w:rPr>
          <w:rFonts w:ascii="Calibri Light" w:hAnsi="Calibri Light" w:cs="Calibri Light"/>
          <w:color w:val="000000"/>
          <w:sz w:val="23"/>
          <w:szCs w:val="23"/>
        </w:rPr>
        <w:t xml:space="preserve"> alvorlig skade eller hvis jeg er usikker.</w:t>
      </w:r>
    </w:p>
    <w:p w:rsidRPr="00D544F2" w:rsidR="00675031" w:rsidP="00DF2194" w:rsidRDefault="00675031" w14:paraId="2900BF9C" w14:textId="77777777">
      <w:pPr>
        <w:spacing w:after="20" w:line="240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</w:p>
    <w:p w:rsidRPr="00D544F2" w:rsidR="00DF2194" w:rsidP="00DF2194" w:rsidRDefault="00DF2194" w14:paraId="018F75E6" w14:textId="77777777">
      <w:pPr>
        <w:pStyle w:val="Heading2"/>
        <w:spacing w:after="20" w:line="276" w:lineRule="auto"/>
        <w:rPr>
          <w:rFonts w:ascii="Calibri Light" w:hAnsi="Calibri Light" w:cs="Calibri Light"/>
          <w:b w:val="0"/>
          <w:bCs w:val="0"/>
          <w:color w:val="000000" w:themeColor="text1"/>
          <w:sz w:val="23"/>
          <w:szCs w:val="23"/>
        </w:rPr>
      </w:pPr>
      <w:r w:rsidRPr="00D544F2">
        <w:rPr>
          <w:rFonts w:ascii="Calibri Light" w:hAnsi="Calibri Light" w:eastAsia="Lato" w:cs="Calibri Light"/>
          <w:b w:val="0"/>
          <w:bCs w:val="0"/>
          <w:color w:val="000000" w:themeColor="text1"/>
          <w:sz w:val="23"/>
          <w:szCs w:val="23"/>
        </w:rPr>
        <w:t>Regler foresatte skal følge:</w:t>
      </w:r>
    </w:p>
    <w:p w:rsidRPr="00D544F2" w:rsidR="00DF2194" w:rsidP="00DF2194" w:rsidRDefault="00DF2194" w14:paraId="77AABC83" w14:textId="7C724009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Jeg sørger for at kjøretøyet er forsikret</w:t>
      </w:r>
      <w:r w:rsidRPr="029F8825" w:rsidR="133D07C6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.</w:t>
      </w:r>
    </w:p>
    <w:p w:rsidRPr="00D544F2" w:rsidR="00DF2194" w:rsidP="00DF2194" w:rsidRDefault="00DF2194" w14:paraId="7EF3B62C" w14:textId="6FF1A341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Jeg utfører jevnlig sjekk av kjøretøyet</w:t>
      </w:r>
      <w:r w:rsidRPr="029F8825" w:rsidR="4C39374F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s hastighet og bremser</w:t>
      </w:r>
      <w:r w:rsidRPr="029F8825" w:rsidR="133D07C6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.</w:t>
      </w:r>
    </w:p>
    <w:p w:rsidRPr="00D544F2" w:rsidR="00DF2194" w:rsidP="00DF2194" w:rsidRDefault="00DF2194" w14:paraId="0C5027C1" w14:textId="196A393A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Jeg sørger for jevnlig vedlikehold av kjøretøyet</w:t>
      </w:r>
      <w:r w:rsidRPr="029F8825" w:rsidR="014AB57D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.</w:t>
      </w:r>
    </w:p>
    <w:p w:rsidRPr="00D544F2" w:rsidR="00DF2194" w:rsidP="00DF2194" w:rsidRDefault="00DF2194" w14:paraId="33AB7442" w14:textId="1CD1E3D3">
      <w:pPr>
        <w:pStyle w:val="ListParagraph"/>
        <w:numPr>
          <w:ilvl w:val="0"/>
          <w:numId w:val="13"/>
        </w:numPr>
        <w:spacing w:after="20" w:line="276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Jeg gir opplæring </w:t>
      </w:r>
      <w:r w:rsidRPr="029F8825" w:rsidR="04207406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i</w:t>
      </w: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trygg bruk og regelverk</w:t>
      </w:r>
      <w:r w:rsidRPr="029F8825" w:rsidR="4B243899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.</w:t>
      </w:r>
    </w:p>
    <w:p w:rsidRPr="00D544F2" w:rsidR="00DF2194" w:rsidP="00D544F2" w:rsidRDefault="00DF2194" w14:paraId="629706E6" w14:textId="77777777">
      <w:pPr>
        <w:spacing w:after="20" w:line="240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</w:p>
    <w:p w:rsidRPr="00D544F2" w:rsidR="6B919C73" w:rsidP="6B919C73" w:rsidRDefault="6B919C73" w14:paraId="0FAE04A1" w14:textId="1DA9FA08">
      <w:pPr>
        <w:rPr>
          <w:rFonts w:ascii="Calibri Light" w:hAnsi="Calibri Light" w:cs="Calibri Light"/>
        </w:rPr>
      </w:pPr>
    </w:p>
    <w:p w:rsidR="00DF2194" w:rsidP="00BA7BE6" w:rsidRDefault="00DF2194" w14:paraId="76942908" w14:textId="77777777">
      <w:pPr>
        <w:spacing w:after="20" w:line="240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D544F2">
        <w:rPr>
          <w:rFonts w:ascii="Calibri Light" w:hAnsi="Calibri Light" w:cs="Calibri Light"/>
          <w:color w:val="000000" w:themeColor="text1"/>
          <w:sz w:val="23"/>
          <w:szCs w:val="23"/>
        </w:rPr>
        <w:t xml:space="preserve">Konsekvenser ved avtalebrudd: </w:t>
      </w:r>
    </w:p>
    <w:p w:rsidRPr="00D544F2" w:rsidR="6B919C73" w:rsidP="00BA7BE6" w:rsidRDefault="00892DB1" w14:paraId="1258ADA0" w14:textId="343C6D39">
      <w:pPr>
        <w:spacing w:after="20" w:line="240" w:lineRule="auto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29F8825" w:rsidR="1F9C6977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Ved brudd på denne avtalen</w:t>
      </w:r>
      <w:r w:rsidRPr="029F8825" w:rsidR="04E2399D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skjer dette</w:t>
      </w:r>
      <w:r w:rsidRPr="029F8825" w:rsidR="7A703C12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:</w:t>
      </w:r>
      <w:r w:rsidRPr="029F8825" w:rsidR="7BF91154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</w:t>
      </w:r>
      <w:r w:rsidRPr="029F8825" w:rsidR="5976D590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f.</w:t>
      </w: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eks. forbud mot </w:t>
      </w:r>
      <w:r w:rsidRPr="029F8825" w:rsidR="612940B9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å </w:t>
      </w: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bruk</w:t>
      </w:r>
      <w:r w:rsidRPr="029F8825" w:rsidR="612940B9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e</w:t>
      </w:r>
      <w:r w:rsidRPr="029F8825" w:rsidR="16DC76D1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kjøretøyet</w:t>
      </w:r>
      <w:r w:rsidRPr="029F8825" w:rsidR="7381F5E5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, ny gjennomgang av regelverket</w:t>
      </w:r>
      <w:r w:rsidRPr="029F8825" w:rsidR="27F13975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 xml:space="preserve"> etc</w:t>
      </w:r>
      <w:r w:rsidRPr="029F8825" w:rsidR="08D9DE16">
        <w:rPr>
          <w:rFonts w:ascii="Calibri Light" w:hAnsi="Calibri Light" w:cs="Calibri Light"/>
          <w:color w:val="000000" w:themeColor="text1" w:themeTint="FF" w:themeShade="FF"/>
          <w:sz w:val="23"/>
          <w:szCs w:val="23"/>
        </w:rPr>
        <w:t>.</w:t>
      </w:r>
    </w:p>
    <w:p w:rsidRPr="00D544F2" w:rsidR="6B919C73" w:rsidP="004D6377" w:rsidRDefault="6B919C73" w14:paraId="328305DB" w14:textId="17092DD5">
      <w:pPr>
        <w:spacing w:after="30" w:line="240" w:lineRule="auto"/>
        <w:rPr>
          <w:rFonts w:ascii="Calibri Light" w:hAnsi="Calibri Light" w:cs="Calibri Light"/>
          <w:sz w:val="23"/>
          <w:szCs w:val="23"/>
        </w:rPr>
      </w:pPr>
    </w:p>
    <w:p w:rsidRPr="00D544F2" w:rsidR="00B95FB2" w:rsidP="002869E1" w:rsidRDefault="00B95FB2" w14:paraId="5421F75D" w14:textId="77777777">
      <w:pPr>
        <w:pStyle w:val="SectionHeading"/>
        <w:spacing w:line="240" w:lineRule="auto"/>
        <w:rPr>
          <w:rFonts w:ascii="Calibri Light" w:hAnsi="Calibri Light" w:cs="Calibri Light"/>
          <w:b w:val="0"/>
          <w:sz w:val="23"/>
          <w:szCs w:val="23"/>
          <w:lang w:val="nb-NO"/>
        </w:rPr>
      </w:pPr>
      <w:r w:rsidRPr="00D544F2">
        <w:rPr>
          <w:rFonts w:ascii="Calibri Light" w:hAnsi="Calibri Light" w:cs="Calibri Light"/>
          <w:b w:val="0"/>
          <w:sz w:val="23"/>
          <w:szCs w:val="23"/>
          <w:lang w:val="nb-NO"/>
        </w:rPr>
        <w:t>Avtale og signatur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735"/>
        <w:gridCol w:w="4661"/>
      </w:tblGrid>
      <w:tr w:rsidRPr="00D544F2" w:rsidR="00B95FB2" w:rsidTr="029F8825" w14:paraId="19998344" w14:textId="77777777">
        <w:trPr>
          <w:trHeight w:val="272"/>
        </w:trPr>
        <w:tc>
          <w:tcPr>
            <w:tcW w:w="4735" w:type="dxa"/>
            <w:tcMar/>
          </w:tcPr>
          <w:p w:rsidRPr="00D544F2" w:rsidR="00D218D8" w:rsidP="00E5140D" w:rsidRDefault="00B95FB2" w14:paraId="54B5D4E0" w14:textId="1F8AB318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23"/>
                <w:szCs w:val="23"/>
              </w:rPr>
            </w:pPr>
            <w:r w:rsidRPr="00D544F2">
              <w:rPr>
                <w:rFonts w:ascii="Calibri Light" w:hAnsi="Calibri Light" w:cs="Calibri Light"/>
                <w:color w:val="000000"/>
                <w:sz w:val="23"/>
                <w:szCs w:val="23"/>
              </w:rPr>
              <w:t>Dato:</w:t>
            </w:r>
          </w:p>
          <w:p w:rsidR="00B95FB2" w:rsidP="00E5140D" w:rsidRDefault="002869E1" w14:paraId="4CA25110" w14:textId="77777777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23"/>
                <w:szCs w:val="23"/>
              </w:rPr>
            </w:pPr>
            <w:r w:rsidRPr="00D544F2">
              <w:rPr>
                <w:rFonts w:ascii="Calibri Light" w:hAnsi="Calibri Light" w:cs="Calibri Light"/>
                <w:color w:val="000000"/>
                <w:sz w:val="23"/>
                <w:szCs w:val="23"/>
              </w:rPr>
              <w:t>Fører:</w:t>
            </w:r>
          </w:p>
          <w:p w:rsidRPr="00D544F2" w:rsidR="00D218D8" w:rsidP="00E5140D" w:rsidRDefault="00D218D8" w14:paraId="5596FAB4" w14:textId="44A40876">
            <w:pPr>
              <w:spacing w:after="0" w:line="240" w:lineRule="auto"/>
              <w:rPr>
                <w:rFonts w:ascii="Calibri Light" w:hAnsi="Calibri Light" w:cs="Calibri Light"/>
                <w:sz w:val="23"/>
                <w:szCs w:val="23"/>
              </w:rPr>
            </w:pPr>
          </w:p>
        </w:tc>
        <w:tc>
          <w:tcPr>
            <w:tcW w:w="4661" w:type="dxa"/>
            <w:tcMar/>
          </w:tcPr>
          <w:p w:rsidRPr="00D544F2" w:rsidR="00D218D8" w:rsidP="00E5140D" w:rsidRDefault="002869E1" w14:paraId="2575FB41" w14:textId="7D202057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23"/>
                <w:szCs w:val="23"/>
              </w:rPr>
            </w:pPr>
            <w:r w:rsidRPr="00D544F2">
              <w:rPr>
                <w:rFonts w:ascii="Calibri Light" w:hAnsi="Calibri Light" w:cs="Calibri Light"/>
                <w:color w:val="000000"/>
                <w:sz w:val="23"/>
                <w:szCs w:val="23"/>
              </w:rPr>
              <w:t>Dato</w:t>
            </w:r>
            <w:r w:rsidRPr="00D544F2" w:rsidR="00D7116B">
              <w:rPr>
                <w:rFonts w:ascii="Calibri Light" w:hAnsi="Calibri Light" w:cs="Calibri Light"/>
                <w:color w:val="000000"/>
                <w:sz w:val="23"/>
                <w:szCs w:val="23"/>
              </w:rPr>
              <w:t>:</w:t>
            </w:r>
          </w:p>
          <w:p w:rsidRPr="00D544F2" w:rsidR="00B95FB2" w:rsidP="00E5140D" w:rsidRDefault="002869E1" w14:paraId="1C1CB318" w14:textId="3AEC2CD8">
            <w:pPr>
              <w:spacing w:after="0" w:line="240" w:lineRule="auto"/>
              <w:rPr>
                <w:rFonts w:ascii="Calibri Light" w:hAnsi="Calibri Light" w:cs="Calibri Light"/>
                <w:sz w:val="23"/>
                <w:szCs w:val="23"/>
              </w:rPr>
            </w:pPr>
            <w:r w:rsidRPr="029F8825" w:rsidR="3EFD153E">
              <w:rPr>
                <w:rFonts w:ascii="Calibri Light" w:hAnsi="Calibri Light" w:cs="Calibri Light"/>
                <w:color w:val="000000" w:themeColor="text1" w:themeTint="FF" w:themeShade="FF"/>
                <w:sz w:val="23"/>
                <w:szCs w:val="23"/>
              </w:rPr>
              <w:t>Foresatt</w:t>
            </w:r>
            <w:r w:rsidRPr="029F8825" w:rsidR="64932E8A">
              <w:rPr>
                <w:rFonts w:ascii="Calibri Light" w:hAnsi="Calibri Light" w:cs="Calibri Light"/>
                <w:color w:val="000000" w:themeColor="text1" w:themeTint="FF" w:themeShade="FF"/>
                <w:sz w:val="23"/>
                <w:szCs w:val="23"/>
              </w:rPr>
              <w:t>:</w:t>
            </w:r>
          </w:p>
          <w:p w:rsidRPr="00D544F2" w:rsidR="00B95FB2" w:rsidP="00E5140D" w:rsidRDefault="00B95FB2" w14:paraId="2D365CF9" w14:textId="77777777">
            <w:pPr>
              <w:spacing w:after="0" w:line="240" w:lineRule="auto"/>
              <w:rPr>
                <w:rFonts w:ascii="Calibri Light" w:hAnsi="Calibri Light" w:cs="Calibri Light"/>
                <w:sz w:val="23"/>
                <w:szCs w:val="23"/>
              </w:rPr>
            </w:pPr>
          </w:p>
        </w:tc>
      </w:tr>
    </w:tbl>
    <w:p w:rsidRPr="00D544F2" w:rsidR="00DF2194" w:rsidP="003C3999" w:rsidRDefault="00DF2194" w14:paraId="458E6D51" w14:textId="77777777">
      <w:pPr>
        <w:spacing w:after="0" w:line="276" w:lineRule="auto"/>
        <w:rPr>
          <w:rFonts w:ascii="Calibri Light" w:hAnsi="Calibri Light" w:cs="Calibri Light"/>
          <w:color w:val="000000"/>
          <w:sz w:val="23"/>
          <w:szCs w:val="23"/>
        </w:rPr>
      </w:pPr>
    </w:p>
    <w:sectPr w:rsidRPr="00D544F2" w:rsidR="00DF2194" w:rsidSect="00F14FBA">
      <w:pgSz w:w="12240" w:h="15840" w:orient="portrait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3403AF0E"/>
    <w:multiLevelType w:val="hybridMultilevel"/>
    <w:tmpl w:val="FFFFFFFF"/>
    <w:lvl w:ilvl="0" w:tplc="69DA2BC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6D70D7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2098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F8D5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72E9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C628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6848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E2AB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4288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5DB531"/>
    <w:multiLevelType w:val="hybridMultilevel"/>
    <w:tmpl w:val="FFFFFFFF"/>
    <w:lvl w:ilvl="0" w:tplc="9EEC5D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18D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90DC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0469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56BC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3E72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18D5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D8DE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32A7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E304CE0"/>
    <w:multiLevelType w:val="hybridMultilevel"/>
    <w:tmpl w:val="FFFFFFFF"/>
    <w:lvl w:ilvl="0" w:tplc="A134D0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CEBE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78C4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CCBC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989D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3E79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7833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4CEF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E2E5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01462A5"/>
    <w:multiLevelType w:val="hybridMultilevel"/>
    <w:tmpl w:val="FFFFFFFF"/>
    <w:lvl w:ilvl="0" w:tplc="051C87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1810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4453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58C9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7E7A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F4F1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8249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3874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D29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C002776"/>
    <w:multiLevelType w:val="hybridMultilevel"/>
    <w:tmpl w:val="FFFFFFFF"/>
    <w:lvl w:ilvl="0" w:tplc="1F4CF94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056405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2EE9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5E59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E216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68E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649C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6261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E2A2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13415796">
    <w:abstractNumId w:val="3"/>
  </w:num>
  <w:num w:numId="2" w16cid:durableId="1237132034">
    <w:abstractNumId w:val="0"/>
  </w:num>
  <w:num w:numId="3" w16cid:durableId="1247497899">
    <w:abstractNumId w:val="1"/>
  </w:num>
  <w:num w:numId="4" w16cid:durableId="1277984003">
    <w:abstractNumId w:val="7"/>
  </w:num>
  <w:num w:numId="5" w16cid:durableId="1424764044">
    <w:abstractNumId w:val="4"/>
  </w:num>
  <w:num w:numId="6" w16cid:durableId="1681737274">
    <w:abstractNumId w:val="12"/>
  </w:num>
  <w:num w:numId="7" w16cid:durableId="1869023564">
    <w:abstractNumId w:val="8"/>
  </w:num>
  <w:num w:numId="8" w16cid:durableId="1983735303">
    <w:abstractNumId w:val="5"/>
  </w:num>
  <w:num w:numId="9" w16cid:durableId="1985426741">
    <w:abstractNumId w:val="2"/>
  </w:num>
  <w:num w:numId="10" w16cid:durableId="2093626481">
    <w:abstractNumId w:val="11"/>
  </w:num>
  <w:num w:numId="11" w16cid:durableId="428820562">
    <w:abstractNumId w:val="6"/>
  </w:num>
  <w:num w:numId="12" w16cid:durableId="607587399">
    <w:abstractNumId w:val="9"/>
  </w:num>
  <w:num w:numId="13" w16cid:durableId="664630784">
    <w:abstractNumId w:val="13"/>
  </w:num>
  <w:num w:numId="14" w16cid:durableId="813715878">
    <w:abstractNumId w:val="1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E6C"/>
    <w:rsid w:val="00054EF1"/>
    <w:rsid w:val="0006063C"/>
    <w:rsid w:val="00070909"/>
    <w:rsid w:val="00094403"/>
    <w:rsid w:val="000E2EF5"/>
    <w:rsid w:val="001025B1"/>
    <w:rsid w:val="00116C86"/>
    <w:rsid w:val="0012236A"/>
    <w:rsid w:val="00122E52"/>
    <w:rsid w:val="00131677"/>
    <w:rsid w:val="00134C6C"/>
    <w:rsid w:val="00134E5D"/>
    <w:rsid w:val="00142166"/>
    <w:rsid w:val="0015074B"/>
    <w:rsid w:val="0015281A"/>
    <w:rsid w:val="00152B97"/>
    <w:rsid w:val="00157500"/>
    <w:rsid w:val="00157852"/>
    <w:rsid w:val="00163747"/>
    <w:rsid w:val="00171B1C"/>
    <w:rsid w:val="00176FC7"/>
    <w:rsid w:val="0018500D"/>
    <w:rsid w:val="00190957"/>
    <w:rsid w:val="0019219E"/>
    <w:rsid w:val="001948B9"/>
    <w:rsid w:val="001A11BD"/>
    <w:rsid w:val="001D2816"/>
    <w:rsid w:val="001F5C07"/>
    <w:rsid w:val="00202301"/>
    <w:rsid w:val="00210089"/>
    <w:rsid w:val="00250FF4"/>
    <w:rsid w:val="00280523"/>
    <w:rsid w:val="002844B7"/>
    <w:rsid w:val="002869E1"/>
    <w:rsid w:val="00294335"/>
    <w:rsid w:val="0029639D"/>
    <w:rsid w:val="002A14EA"/>
    <w:rsid w:val="002A19E3"/>
    <w:rsid w:val="00326F90"/>
    <w:rsid w:val="00345132"/>
    <w:rsid w:val="00345754"/>
    <w:rsid w:val="00351C50"/>
    <w:rsid w:val="00354918"/>
    <w:rsid w:val="00356C05"/>
    <w:rsid w:val="0035723C"/>
    <w:rsid w:val="00380E20"/>
    <w:rsid w:val="0038598D"/>
    <w:rsid w:val="0039425C"/>
    <w:rsid w:val="003C3999"/>
    <w:rsid w:val="003D7E6E"/>
    <w:rsid w:val="003E141E"/>
    <w:rsid w:val="003E196E"/>
    <w:rsid w:val="00425987"/>
    <w:rsid w:val="004300BF"/>
    <w:rsid w:val="00485DB3"/>
    <w:rsid w:val="004A7DA0"/>
    <w:rsid w:val="004D1CC4"/>
    <w:rsid w:val="004D58E1"/>
    <w:rsid w:val="004D6377"/>
    <w:rsid w:val="004D716A"/>
    <w:rsid w:val="004E087C"/>
    <w:rsid w:val="004E4940"/>
    <w:rsid w:val="005172F5"/>
    <w:rsid w:val="00524005"/>
    <w:rsid w:val="005279B7"/>
    <w:rsid w:val="005374E1"/>
    <w:rsid w:val="0055187C"/>
    <w:rsid w:val="00561997"/>
    <w:rsid w:val="00573587"/>
    <w:rsid w:val="00583385"/>
    <w:rsid w:val="00596D15"/>
    <w:rsid w:val="005A02F4"/>
    <w:rsid w:val="005C1672"/>
    <w:rsid w:val="005C1FD7"/>
    <w:rsid w:val="005E3B01"/>
    <w:rsid w:val="005E5BA6"/>
    <w:rsid w:val="005F2A9B"/>
    <w:rsid w:val="006021E8"/>
    <w:rsid w:val="00641735"/>
    <w:rsid w:val="00645803"/>
    <w:rsid w:val="00667AC7"/>
    <w:rsid w:val="00670C6F"/>
    <w:rsid w:val="00675031"/>
    <w:rsid w:val="00684E7F"/>
    <w:rsid w:val="006924B3"/>
    <w:rsid w:val="006AD62B"/>
    <w:rsid w:val="006B3E82"/>
    <w:rsid w:val="006D4A6F"/>
    <w:rsid w:val="006D5231"/>
    <w:rsid w:val="006E03C2"/>
    <w:rsid w:val="006F18A6"/>
    <w:rsid w:val="006F74ED"/>
    <w:rsid w:val="007052E9"/>
    <w:rsid w:val="00722E61"/>
    <w:rsid w:val="007238B7"/>
    <w:rsid w:val="00736E85"/>
    <w:rsid w:val="00766FB6"/>
    <w:rsid w:val="007733B1"/>
    <w:rsid w:val="00787206"/>
    <w:rsid w:val="0079338B"/>
    <w:rsid w:val="007D7466"/>
    <w:rsid w:val="007E3C28"/>
    <w:rsid w:val="00800AD7"/>
    <w:rsid w:val="008048C7"/>
    <w:rsid w:val="008119F2"/>
    <w:rsid w:val="00816FED"/>
    <w:rsid w:val="00835FA8"/>
    <w:rsid w:val="00836FEE"/>
    <w:rsid w:val="00850F19"/>
    <w:rsid w:val="0088392A"/>
    <w:rsid w:val="00892DB1"/>
    <w:rsid w:val="008B1955"/>
    <w:rsid w:val="008D080D"/>
    <w:rsid w:val="008D29F5"/>
    <w:rsid w:val="008D2E4A"/>
    <w:rsid w:val="008D4E1B"/>
    <w:rsid w:val="008F7A99"/>
    <w:rsid w:val="00914E40"/>
    <w:rsid w:val="00935C40"/>
    <w:rsid w:val="009443A2"/>
    <w:rsid w:val="009547D2"/>
    <w:rsid w:val="0096088E"/>
    <w:rsid w:val="00972922"/>
    <w:rsid w:val="00972DDF"/>
    <w:rsid w:val="00972F6B"/>
    <w:rsid w:val="0098496E"/>
    <w:rsid w:val="009872ED"/>
    <w:rsid w:val="009A7680"/>
    <w:rsid w:val="00A11AF4"/>
    <w:rsid w:val="00A21B56"/>
    <w:rsid w:val="00A26FD3"/>
    <w:rsid w:val="00A568D8"/>
    <w:rsid w:val="00A81DEA"/>
    <w:rsid w:val="00AA1D8D"/>
    <w:rsid w:val="00AB11C9"/>
    <w:rsid w:val="00AB3AD7"/>
    <w:rsid w:val="00AE3CEC"/>
    <w:rsid w:val="00AE5797"/>
    <w:rsid w:val="00AF0E8D"/>
    <w:rsid w:val="00AF67C2"/>
    <w:rsid w:val="00AF7E43"/>
    <w:rsid w:val="00B0352F"/>
    <w:rsid w:val="00B11956"/>
    <w:rsid w:val="00B16C1A"/>
    <w:rsid w:val="00B17779"/>
    <w:rsid w:val="00B23A5C"/>
    <w:rsid w:val="00B47730"/>
    <w:rsid w:val="00B53688"/>
    <w:rsid w:val="00B57F2A"/>
    <w:rsid w:val="00B66BE3"/>
    <w:rsid w:val="00B75C01"/>
    <w:rsid w:val="00B7650F"/>
    <w:rsid w:val="00B95FB2"/>
    <w:rsid w:val="00BA7BE6"/>
    <w:rsid w:val="00BB41FA"/>
    <w:rsid w:val="00BC0950"/>
    <w:rsid w:val="00BD5A07"/>
    <w:rsid w:val="00BE2132"/>
    <w:rsid w:val="00BE7803"/>
    <w:rsid w:val="00C06097"/>
    <w:rsid w:val="00C17228"/>
    <w:rsid w:val="00C1787E"/>
    <w:rsid w:val="00C6071C"/>
    <w:rsid w:val="00C936D4"/>
    <w:rsid w:val="00C93B38"/>
    <w:rsid w:val="00C979EE"/>
    <w:rsid w:val="00CA1173"/>
    <w:rsid w:val="00CA4F8F"/>
    <w:rsid w:val="00CB0664"/>
    <w:rsid w:val="00D1603D"/>
    <w:rsid w:val="00D176E5"/>
    <w:rsid w:val="00D2065C"/>
    <w:rsid w:val="00D218D8"/>
    <w:rsid w:val="00D240C1"/>
    <w:rsid w:val="00D316B8"/>
    <w:rsid w:val="00D40561"/>
    <w:rsid w:val="00D544F2"/>
    <w:rsid w:val="00D7116B"/>
    <w:rsid w:val="00D842EE"/>
    <w:rsid w:val="00DA0825"/>
    <w:rsid w:val="00DA111B"/>
    <w:rsid w:val="00DE7436"/>
    <w:rsid w:val="00DF0B00"/>
    <w:rsid w:val="00DF2194"/>
    <w:rsid w:val="00DF33E9"/>
    <w:rsid w:val="00E507D5"/>
    <w:rsid w:val="00E5140D"/>
    <w:rsid w:val="00E524A8"/>
    <w:rsid w:val="00E61628"/>
    <w:rsid w:val="00E63A03"/>
    <w:rsid w:val="00E73103"/>
    <w:rsid w:val="00E916ED"/>
    <w:rsid w:val="00EA568D"/>
    <w:rsid w:val="00EC4A7B"/>
    <w:rsid w:val="00EC4DCB"/>
    <w:rsid w:val="00EE5203"/>
    <w:rsid w:val="00EF332B"/>
    <w:rsid w:val="00EF4332"/>
    <w:rsid w:val="00F075C8"/>
    <w:rsid w:val="00F14FBA"/>
    <w:rsid w:val="00F36BE5"/>
    <w:rsid w:val="00F5282E"/>
    <w:rsid w:val="00F72E38"/>
    <w:rsid w:val="00F95EEA"/>
    <w:rsid w:val="00FA1A4D"/>
    <w:rsid w:val="00FA29B0"/>
    <w:rsid w:val="00FB5249"/>
    <w:rsid w:val="00FC5BFD"/>
    <w:rsid w:val="00FC693F"/>
    <w:rsid w:val="00FD5A9D"/>
    <w:rsid w:val="00FE2F4C"/>
    <w:rsid w:val="00FE356C"/>
    <w:rsid w:val="00FE367D"/>
    <w:rsid w:val="00FF4BDF"/>
    <w:rsid w:val="00FF6DF9"/>
    <w:rsid w:val="0128250D"/>
    <w:rsid w:val="014AB57D"/>
    <w:rsid w:val="029DA678"/>
    <w:rsid w:val="029F8825"/>
    <w:rsid w:val="02BC996C"/>
    <w:rsid w:val="032D7DF7"/>
    <w:rsid w:val="04207406"/>
    <w:rsid w:val="04E2399D"/>
    <w:rsid w:val="0664D666"/>
    <w:rsid w:val="078EDD47"/>
    <w:rsid w:val="07EF1C8B"/>
    <w:rsid w:val="08D9DE16"/>
    <w:rsid w:val="08F17B0E"/>
    <w:rsid w:val="09587EBB"/>
    <w:rsid w:val="097FA459"/>
    <w:rsid w:val="0AE18225"/>
    <w:rsid w:val="0B0E2736"/>
    <w:rsid w:val="0B704B29"/>
    <w:rsid w:val="0E8C0932"/>
    <w:rsid w:val="0F1758E1"/>
    <w:rsid w:val="0FB52E8C"/>
    <w:rsid w:val="10E062E8"/>
    <w:rsid w:val="12E888AE"/>
    <w:rsid w:val="13369D5D"/>
    <w:rsid w:val="133C4E88"/>
    <w:rsid w:val="133D07C6"/>
    <w:rsid w:val="136C9DC9"/>
    <w:rsid w:val="13952A83"/>
    <w:rsid w:val="145627DA"/>
    <w:rsid w:val="14AA1DA0"/>
    <w:rsid w:val="1599D0C2"/>
    <w:rsid w:val="15AC03C5"/>
    <w:rsid w:val="1647A33D"/>
    <w:rsid w:val="16DC76D1"/>
    <w:rsid w:val="1754CB28"/>
    <w:rsid w:val="187EBCCC"/>
    <w:rsid w:val="1A227C25"/>
    <w:rsid w:val="1AA9167E"/>
    <w:rsid w:val="1AC2E4D2"/>
    <w:rsid w:val="1C263E14"/>
    <w:rsid w:val="1EA15B18"/>
    <w:rsid w:val="1F9C6977"/>
    <w:rsid w:val="205E68EB"/>
    <w:rsid w:val="208CE26C"/>
    <w:rsid w:val="213E139E"/>
    <w:rsid w:val="21571F63"/>
    <w:rsid w:val="22039F01"/>
    <w:rsid w:val="2227F5B1"/>
    <w:rsid w:val="231E885E"/>
    <w:rsid w:val="2431BB27"/>
    <w:rsid w:val="256C50A4"/>
    <w:rsid w:val="26828ADA"/>
    <w:rsid w:val="26C01840"/>
    <w:rsid w:val="271986F0"/>
    <w:rsid w:val="275C7B3C"/>
    <w:rsid w:val="2791754F"/>
    <w:rsid w:val="27A0B43F"/>
    <w:rsid w:val="27F13975"/>
    <w:rsid w:val="2A3238C8"/>
    <w:rsid w:val="2BDFFBC9"/>
    <w:rsid w:val="2D2F46AF"/>
    <w:rsid w:val="2F2EC00A"/>
    <w:rsid w:val="2FB18B3A"/>
    <w:rsid w:val="300695F6"/>
    <w:rsid w:val="3264BF3E"/>
    <w:rsid w:val="33684301"/>
    <w:rsid w:val="336E17B2"/>
    <w:rsid w:val="35D7A448"/>
    <w:rsid w:val="37835573"/>
    <w:rsid w:val="379968FA"/>
    <w:rsid w:val="383C990B"/>
    <w:rsid w:val="384BA23F"/>
    <w:rsid w:val="38B1DE69"/>
    <w:rsid w:val="39923FDE"/>
    <w:rsid w:val="39F74A1A"/>
    <w:rsid w:val="3CCD0A89"/>
    <w:rsid w:val="3CFA70ED"/>
    <w:rsid w:val="3D1D32A8"/>
    <w:rsid w:val="3D828934"/>
    <w:rsid w:val="3E7076F2"/>
    <w:rsid w:val="3E7F1F56"/>
    <w:rsid w:val="3EC30543"/>
    <w:rsid w:val="3EFD153E"/>
    <w:rsid w:val="3FCA42A5"/>
    <w:rsid w:val="3FDAA0AB"/>
    <w:rsid w:val="400648CB"/>
    <w:rsid w:val="409FBB53"/>
    <w:rsid w:val="41261BC8"/>
    <w:rsid w:val="415630ED"/>
    <w:rsid w:val="415A0FCF"/>
    <w:rsid w:val="420DB7C1"/>
    <w:rsid w:val="42135DB0"/>
    <w:rsid w:val="42E31B49"/>
    <w:rsid w:val="43B46367"/>
    <w:rsid w:val="43BC87D1"/>
    <w:rsid w:val="4432FD81"/>
    <w:rsid w:val="4556055E"/>
    <w:rsid w:val="47157667"/>
    <w:rsid w:val="48180CB3"/>
    <w:rsid w:val="4A0DE154"/>
    <w:rsid w:val="4B243899"/>
    <w:rsid w:val="4C09255B"/>
    <w:rsid w:val="4C39374F"/>
    <w:rsid w:val="4F2246D9"/>
    <w:rsid w:val="4F9A4CCD"/>
    <w:rsid w:val="5044EA20"/>
    <w:rsid w:val="50CE0086"/>
    <w:rsid w:val="51AB089B"/>
    <w:rsid w:val="521CCE51"/>
    <w:rsid w:val="529865CF"/>
    <w:rsid w:val="53232446"/>
    <w:rsid w:val="5328A1CA"/>
    <w:rsid w:val="5371534F"/>
    <w:rsid w:val="53B30A56"/>
    <w:rsid w:val="544FA670"/>
    <w:rsid w:val="5494C106"/>
    <w:rsid w:val="5534592C"/>
    <w:rsid w:val="557F41F7"/>
    <w:rsid w:val="558B5EF9"/>
    <w:rsid w:val="55A0B022"/>
    <w:rsid w:val="56192143"/>
    <w:rsid w:val="573C9A2D"/>
    <w:rsid w:val="5782AFB9"/>
    <w:rsid w:val="58E56E2D"/>
    <w:rsid w:val="5976D590"/>
    <w:rsid w:val="59E85F91"/>
    <w:rsid w:val="5B0AD82F"/>
    <w:rsid w:val="5B36CEC6"/>
    <w:rsid w:val="5BD050AA"/>
    <w:rsid w:val="5D566BEB"/>
    <w:rsid w:val="5E97BCF4"/>
    <w:rsid w:val="5F79578B"/>
    <w:rsid w:val="612940B9"/>
    <w:rsid w:val="622EC477"/>
    <w:rsid w:val="633EEA34"/>
    <w:rsid w:val="63E29DA2"/>
    <w:rsid w:val="646175C5"/>
    <w:rsid w:val="64932E8A"/>
    <w:rsid w:val="64AE8A2E"/>
    <w:rsid w:val="64C2592C"/>
    <w:rsid w:val="66195553"/>
    <w:rsid w:val="66422C0C"/>
    <w:rsid w:val="66C468AD"/>
    <w:rsid w:val="67D61682"/>
    <w:rsid w:val="68A0A2B5"/>
    <w:rsid w:val="696BEEC9"/>
    <w:rsid w:val="6A654E54"/>
    <w:rsid w:val="6B33A534"/>
    <w:rsid w:val="6B919C73"/>
    <w:rsid w:val="6BB737F6"/>
    <w:rsid w:val="6C3E5334"/>
    <w:rsid w:val="6D14FD67"/>
    <w:rsid w:val="6DBF461F"/>
    <w:rsid w:val="6DD0763E"/>
    <w:rsid w:val="6E9FF2E0"/>
    <w:rsid w:val="6F29A78F"/>
    <w:rsid w:val="6F9AB6C6"/>
    <w:rsid w:val="70B5049B"/>
    <w:rsid w:val="7290DA81"/>
    <w:rsid w:val="72FAEEA9"/>
    <w:rsid w:val="7361E17A"/>
    <w:rsid w:val="7381F5E5"/>
    <w:rsid w:val="73EC1370"/>
    <w:rsid w:val="76A00240"/>
    <w:rsid w:val="76AE461E"/>
    <w:rsid w:val="76E51F47"/>
    <w:rsid w:val="77EE2AD7"/>
    <w:rsid w:val="790573B5"/>
    <w:rsid w:val="7A703C12"/>
    <w:rsid w:val="7A915353"/>
    <w:rsid w:val="7BF91154"/>
    <w:rsid w:val="7C511D0A"/>
    <w:rsid w:val="7D6CF3B5"/>
    <w:rsid w:val="7DB38E3D"/>
    <w:rsid w:val="7DEAE751"/>
    <w:rsid w:val="7E442E50"/>
    <w:rsid w:val="7E6FA543"/>
    <w:rsid w:val="7EB2756A"/>
    <w:rsid w:val="7F58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2278F2"/>
  <w14:defaultImageDpi w14:val="300"/>
  <w15:docId w15:val="{C27E5BB7-9BB6-4516-9A66-8B3E51D0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spacing w:after="40" w:line="245" w:lineRule="auto"/>
    </w:pPr>
    <w:rPr>
      <w:rFonts w:ascii="Lato" w:hAnsi="Lato" w:eastAsia="Lato"/>
      <w:lang w:val="nb-NO"/>
    </w:rPr>
  </w:style>
  <w:style w:type="paragraph" w:styleId="Heading1">
    <w:name w:val="Heading 1"/>
    <w:basedOn w:val="Normal"/>
    <w:next w:val="Normal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hAnsiTheme="majorHAnsi" w:eastAsiaTheme="majorEastAsia" w:cstheme="majorBidi"/>
      <w:b/>
      <w:bCs/>
      <w:color w:val="000000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00FC693F"/>
    <w:pPr>
      <w:keepNext/>
      <w:keepLines/>
      <w:spacing w:before="80" w:after="2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-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-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-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-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-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-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-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-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-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-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-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-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-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-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-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-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-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-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-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-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-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-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-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-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-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-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-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-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-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-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-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-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-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-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-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-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-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-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-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-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-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-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-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-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-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-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-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-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-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-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-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-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-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-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-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-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-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-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-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-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-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-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-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-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-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-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-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-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-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-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-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-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-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-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-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-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-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-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-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-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-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-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-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-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ectionHeading" w:customStyle="1">
    <w:name w:val="SectionHeading"/>
    <w:rsid w:val="00B95FB2"/>
    <w:pPr>
      <w:keepNext/>
      <w:spacing w:before="180" w:after="40" w:line="300" w:lineRule="exact"/>
    </w:pPr>
    <w:rPr>
      <w:rFonts w:ascii="Lato" w:hAnsi="Lato" w:eastAsia="Lato"/>
      <w:b/>
      <w:color w:val="000000"/>
      <w:sz w:val="24"/>
    </w:rPr>
  </w:style>
  <w:style w:type="paragraph" w:styleId="DocTitle" w:customStyle="1">
    <w:name w:val="DocTitle"/>
    <w:rsid w:val="0079338B"/>
    <w:pPr>
      <w:keepNext/>
      <w:spacing w:after="20" w:line="460" w:lineRule="exact"/>
    </w:pPr>
    <w:rPr>
      <w:rFonts w:ascii="Lato" w:hAnsi="Lato" w:eastAsia="Lato"/>
      <w:b/>
      <w:color w:val="000000"/>
      <w:sz w:val="40"/>
    </w:rPr>
  </w:style>
  <w:style w:type="paragraph" w:styleId="Undertittel1" w:customStyle="1">
    <w:name w:val="Undertittel1"/>
    <w:rsid w:val="00E5140D"/>
    <w:pPr>
      <w:spacing w:after="160" w:line="252" w:lineRule="auto"/>
    </w:pPr>
    <w:rPr>
      <w:rFonts w:ascii="Lato" w:hAnsi="Lato" w:eastAsia="Lato"/>
      <w:b/>
      <w:color w:val="000000"/>
    </w:rPr>
  </w:style>
  <w:style w:type="character" w:styleId="CommentReference">
    <w:name w:val="Comment Reference"/>
    <w:basedOn w:val="DefaultParagraphFont"/>
    <w:uiPriority w:val="99"/>
    <w:semiHidden/>
    <w:unhideWhenUsed/>
    <w:rsid w:val="00667AC7"/>
    <w:rPr>
      <w:sz w:val="16"/>
      <w:szCs w:val="16"/>
    </w:rPr>
  </w:style>
  <w:style w:type="paragraph" w:styleId="Revision">
    <w:name w:val="Revision"/>
    <w:hidden/>
    <w:uiPriority w:val="99"/>
    <w:semiHidden/>
    <w:rsid w:val="00DF2194"/>
    <w:pPr>
      <w:spacing w:after="0" w:line="240" w:lineRule="auto"/>
    </w:pPr>
    <w:rPr>
      <w:rFonts w:ascii="Lato" w:hAnsi="Lato" w:eastAsia="Lato"/>
      <w:lang w:val="nb-NO"/>
    </w:rPr>
  </w:style>
  <w:style w:type="character" w:styleId="Hyperlink">
    <w:name w:val="Hyperlink"/>
    <w:basedOn w:val="DefaultParagraphFont"/>
    <w:uiPriority w:val="99"/>
    <w:unhideWhenUsed/>
    <w:rsid w:val="001528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81A"/>
    <w:rPr>
      <w:color w:val="605E5C"/>
      <w:shd w:val="clear" w:color="auto" w:fill="E1DFDD"/>
    </w:rPr>
  </w:style>
  <w:style w:type="character" w:styleId="TopptekstTegn" w:customStyle="1">
    <w:name w:val="Topptekst Tegn"/>
    <w:basedOn w:val="DefaultParagraphFont"/>
    <w:uiPriority w:val="99"/>
    <w:rsid w:val="00134C6C"/>
  </w:style>
  <w:style w:type="character" w:styleId="BunntekstTegn" w:customStyle="1">
    <w:name w:val="Bunntekst Tegn"/>
    <w:basedOn w:val="DefaultParagraphFont"/>
    <w:uiPriority w:val="99"/>
    <w:rsid w:val="00134C6C"/>
  </w:style>
  <w:style w:type="character" w:styleId="Overskrift1Tegn" w:customStyle="1">
    <w:name w:val="Overskrift 1 Tegn"/>
    <w:basedOn w:val="DefaultParagraphFont"/>
    <w:uiPriority w:val="9"/>
    <w:rsid w:val="00134C6C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Overskrift2Tegn" w:customStyle="1">
    <w:name w:val="Overskrift 2 Tegn"/>
    <w:basedOn w:val="DefaultParagraphFont"/>
    <w:uiPriority w:val="9"/>
    <w:rsid w:val="00134C6C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Overskrift3Tegn" w:customStyle="1">
    <w:name w:val="Overskrift 3 Tegn"/>
    <w:basedOn w:val="DefaultParagraphFont"/>
    <w:uiPriority w:val="9"/>
    <w:rsid w:val="00134C6C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TittelTegn" w:customStyle="1">
    <w:name w:val="Tittel Tegn"/>
    <w:basedOn w:val="DefaultParagraphFont"/>
    <w:uiPriority w:val="10"/>
    <w:rsid w:val="00134C6C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UndertittelTegn" w:customStyle="1">
    <w:name w:val="Undertittel Tegn"/>
    <w:basedOn w:val="DefaultParagraphFont"/>
    <w:uiPriority w:val="11"/>
    <w:rsid w:val="00134C6C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BrdtekstTegn" w:customStyle="1">
    <w:name w:val="Brødtekst Tegn"/>
    <w:basedOn w:val="DefaultParagraphFont"/>
    <w:uiPriority w:val="99"/>
    <w:rsid w:val="00134C6C"/>
  </w:style>
  <w:style w:type="character" w:styleId="Brdtekst2Tegn" w:customStyle="1">
    <w:name w:val="Brødtekst 2 Tegn"/>
    <w:basedOn w:val="DefaultParagraphFont"/>
    <w:uiPriority w:val="99"/>
    <w:rsid w:val="00134C6C"/>
  </w:style>
  <w:style w:type="character" w:styleId="Brdtekst3Tegn" w:customStyle="1">
    <w:name w:val="Brødtekst 3 Tegn"/>
    <w:basedOn w:val="DefaultParagraphFont"/>
    <w:uiPriority w:val="99"/>
    <w:rsid w:val="00134C6C"/>
    <w:rPr>
      <w:sz w:val="16"/>
      <w:szCs w:val="16"/>
    </w:rPr>
  </w:style>
  <w:style w:type="character" w:styleId="MakrotekstTegn" w:customStyle="1">
    <w:name w:val="Makrotekst Tegn"/>
    <w:basedOn w:val="DefaultParagraphFont"/>
    <w:uiPriority w:val="99"/>
    <w:rsid w:val="00134C6C"/>
    <w:rPr>
      <w:rFonts w:ascii="Courier" w:hAnsi="Courier"/>
      <w:sz w:val="20"/>
      <w:szCs w:val="20"/>
    </w:rPr>
  </w:style>
  <w:style w:type="character" w:styleId="SitatTegn" w:customStyle="1">
    <w:name w:val="Sitat Tegn"/>
    <w:basedOn w:val="DefaultParagraphFont"/>
    <w:uiPriority w:val="29"/>
    <w:rsid w:val="00134C6C"/>
    <w:rPr>
      <w:i/>
      <w:iCs/>
      <w:color w:val="000000" w:themeColor="text1"/>
    </w:rPr>
  </w:style>
  <w:style w:type="character" w:styleId="Overskrift4Tegn" w:customStyle="1">
    <w:name w:val="Overskrift 4 Tegn"/>
    <w:basedOn w:val="DefaultParagraphFont"/>
    <w:uiPriority w:val="9"/>
    <w:semiHidden/>
    <w:rsid w:val="00134C6C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Overskrift5Tegn" w:customStyle="1">
    <w:name w:val="Overskrift 5 Tegn"/>
    <w:basedOn w:val="DefaultParagraphFont"/>
    <w:uiPriority w:val="9"/>
    <w:semiHidden/>
    <w:rsid w:val="00134C6C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Overskrift6Tegn" w:customStyle="1">
    <w:name w:val="Overskrift 6 Tegn"/>
    <w:basedOn w:val="DefaultParagraphFont"/>
    <w:uiPriority w:val="9"/>
    <w:semiHidden/>
    <w:rsid w:val="00134C6C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Overskrift7Tegn" w:customStyle="1">
    <w:name w:val="Overskrift 7 Tegn"/>
    <w:basedOn w:val="DefaultParagraphFont"/>
    <w:uiPriority w:val="9"/>
    <w:semiHidden/>
    <w:rsid w:val="00134C6C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Overskrift8Tegn" w:customStyle="1">
    <w:name w:val="Overskrift 8 Tegn"/>
    <w:basedOn w:val="DefaultParagraphFont"/>
    <w:uiPriority w:val="9"/>
    <w:semiHidden/>
    <w:rsid w:val="00134C6C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Overskrift9Tegn" w:customStyle="1">
    <w:name w:val="Overskrift 9 Tegn"/>
    <w:basedOn w:val="DefaultParagraphFont"/>
    <w:uiPriority w:val="9"/>
    <w:semiHidden/>
    <w:rsid w:val="00134C6C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erktsitatTegn" w:customStyle="1">
    <w:name w:val="Sterkt sitat Tegn"/>
    <w:basedOn w:val="DefaultParagraphFont"/>
    <w:uiPriority w:val="30"/>
    <w:rsid w:val="00134C6C"/>
    <w:rPr>
      <w:b/>
      <w:bCs/>
      <w:i/>
      <w:iCs/>
      <w:color w:val="4F81BD" w:themeColor="accent1"/>
    </w:rPr>
  </w:style>
  <w:style w:type="character" w:styleId="MerknadstekstTegn" w:customStyle="1">
    <w:name w:val="Merknadstekst Tegn"/>
    <w:basedOn w:val="DefaultParagraphFont"/>
    <w:uiPriority w:val="99"/>
    <w:semiHidden/>
    <w:rsid w:val="00134C6C"/>
    <w:rPr>
      <w:rFonts w:ascii="Lato" w:hAnsi="Lato" w:eastAsia="Lato"/>
      <w:sz w:val="20"/>
      <w:szCs w:val="20"/>
      <w:lang w:val="nb-NO"/>
    </w:rPr>
  </w:style>
  <w:style w:type="character" w:styleId="KommentaremneTegn" w:customStyle="1">
    <w:name w:val="Kommentaremne Tegn"/>
    <w:basedOn w:val="MerknadstekstTegn"/>
    <w:uiPriority w:val="99"/>
    <w:semiHidden/>
    <w:rsid w:val="00134C6C"/>
    <w:rPr>
      <w:rFonts w:ascii="Lato" w:hAnsi="Lato" w:eastAsia="Lato"/>
      <w:b/>
      <w:bCs/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microsoft.com/office/2011/relationships/people" Target="people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https://www.tryggtrafikk.no/tips/elsparkesykkel/regler-for-elsparkesykkel/" TargetMode="External" Id="R1af721cc41ad4d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3E8E489ADB3349B38433A7262B668C" ma:contentTypeVersion="16" ma:contentTypeDescription="Opprett et nytt dokument." ma:contentTypeScope="" ma:versionID="2d4458a49495bdc03152d5821a47663e">
  <xsd:schema xmlns:xsd="http://www.w3.org/2001/XMLSchema" xmlns:xs="http://www.w3.org/2001/XMLSchema" xmlns:p="http://schemas.microsoft.com/office/2006/metadata/properties" xmlns:ns2="8b4b7484-e0e3-4824-8e42-36f58e0960e8" xmlns:ns3="fe157d57-13c8-4ebf-acf6-227f01467f28" targetNamespace="http://schemas.microsoft.com/office/2006/metadata/properties" ma:root="true" ma:fieldsID="1380a247adc3da56f5c80ed0645eabd9" ns2:_="" ns3:_="">
    <xsd:import namespace="8b4b7484-e0e3-4824-8e42-36f58e0960e8"/>
    <xsd:import namespace="fe157d57-13c8-4ebf-acf6-227f01467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b7484-e0e3-4824-8e42-36f58e096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5ca80099-bb5d-4fbd-94e0-65e3f17905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57d57-13c8-4ebf-acf6-227f01467f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9aa0e3-3e28-459d-a6b3-d7a470b7c859}" ma:internalName="TaxCatchAll" ma:showField="CatchAllData" ma:web="fe157d57-13c8-4ebf-acf6-227f01467f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157d57-13c8-4ebf-acf6-227f01467f28" xsi:nil="true"/>
    <lcf76f155ced4ddcb4097134ff3c332f xmlns="8b4b7484-e0e3-4824-8e42-36f58e0960e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54A1E6-8213-46CA-A09E-06E824E0A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b7484-e0e3-4824-8e42-36f58e0960e8"/>
    <ds:schemaRef ds:uri="fe157d57-13c8-4ebf-acf6-227f01467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499924-789F-4F71-8576-FDCA42260760}">
  <ds:schemaRefs>
    <ds:schemaRef ds:uri="http://schemas.microsoft.com/office/2006/metadata/properties"/>
    <ds:schemaRef ds:uri="http://schemas.microsoft.com/office/infopath/2007/PartnerControls"/>
    <ds:schemaRef ds:uri="fe157d57-13c8-4ebf-acf6-227f01467f28"/>
    <ds:schemaRef ds:uri="8b4b7484-e0e3-4824-8e42-36f58e0960e8"/>
  </ds:schemaRefs>
</ds:datastoreItem>
</file>

<file path=customXml/itemProps3.xml><?xml version="1.0" encoding="utf-8"?>
<ds:datastoreItem xmlns:ds="http://schemas.openxmlformats.org/officeDocument/2006/customXml" ds:itemID="{A8C73006-95AD-400F-96F8-BE1E7ABD31D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Ann-Helen Hansen</cp:lastModifiedBy>
  <cp:revision>181</cp:revision>
  <dcterms:created xsi:type="dcterms:W3CDTF">2026-06-30T10:30:00Z</dcterms:created>
  <dcterms:modified xsi:type="dcterms:W3CDTF">2026-08-07T13:23:59Z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0x0101007C3E8E489ADB3349B38433A7262B668C</vt:lpwstr>
  </property>
  <property fmtid="{D5CDD505-2E9C-101B-9397-08002B2CF9AE}" pid="3" name="MediaServiceImageTags">
    <vt:lpwstr/>
  </property>
  <property fmtid="{D5CDD505-2E9C-101B-9397-08002B2CF9AE}" pid="5" name="docLang">
    <vt:lpwstr>nb</vt:lpwstr>
  </property>
</Properties>
</file>